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83A" w:rsidRDefault="00833141">
      <w:pPr>
        <w:spacing w:after="320"/>
        <w:jc w:val="center"/>
        <w:rPr>
          <w:lang w:eastAsia="zh-CN"/>
        </w:rPr>
      </w:pPr>
      <w:r>
        <w:rPr>
          <w:rFonts w:ascii="黑体" w:eastAsia="黑体" w:hAnsi="黑体"/>
          <w:b/>
          <w:color w:val="1A1A1A"/>
          <w:sz w:val="40"/>
          <w:lang w:eastAsia="zh-CN"/>
        </w:rPr>
        <w:t>"</w:t>
      </w:r>
      <w:r>
        <w:rPr>
          <w:rFonts w:ascii="黑体" w:eastAsia="黑体" w:hAnsi="黑体"/>
          <w:b/>
          <w:color w:val="1A1A1A"/>
          <w:sz w:val="40"/>
          <w:lang w:eastAsia="zh-CN"/>
        </w:rPr>
        <w:t>住趣多</w:t>
      </w:r>
      <w:r>
        <w:rPr>
          <w:rFonts w:ascii="黑体" w:eastAsia="黑体" w:hAnsi="黑体"/>
          <w:b/>
          <w:color w:val="1A1A1A"/>
          <w:sz w:val="40"/>
          <w:lang w:eastAsia="zh-CN"/>
        </w:rPr>
        <w:t>"</w:t>
      </w:r>
      <w:r>
        <w:rPr>
          <w:rFonts w:ascii="黑体" w:eastAsia="黑体" w:hAnsi="黑体"/>
          <w:b/>
          <w:color w:val="1A1A1A"/>
          <w:sz w:val="40"/>
          <w:lang w:eastAsia="zh-CN"/>
        </w:rPr>
        <w:t>用户服务协议</w:t>
      </w:r>
    </w:p>
    <w:p w:rsidR="0007583A" w:rsidRDefault="00833141">
      <w:pPr>
        <w:ind w:firstLine="420"/>
        <w:rPr>
          <w:lang w:eastAsia="zh-CN"/>
        </w:rPr>
      </w:pPr>
      <w:r>
        <w:rPr>
          <w:lang w:eastAsia="zh-CN"/>
        </w:rPr>
        <w:t>尊敬的用户：</w:t>
      </w:r>
    </w:p>
    <w:p w:rsidR="0007583A" w:rsidRDefault="00833141">
      <w:pPr>
        <w:ind w:firstLine="420"/>
        <w:rPr>
          <w:lang w:eastAsia="zh-CN"/>
        </w:rPr>
      </w:pPr>
      <w:r>
        <w:rPr>
          <w:lang w:eastAsia="zh-CN"/>
        </w:rPr>
        <w:t>为了保障您</w:t>
      </w:r>
      <w:r>
        <w:rPr>
          <w:lang w:eastAsia="zh-CN"/>
        </w:rPr>
        <w:t>(</w:t>
      </w:r>
      <w:r>
        <w:rPr>
          <w:lang w:eastAsia="zh-CN"/>
        </w:rPr>
        <w:t>即本协议所述</w:t>
      </w:r>
      <w:r>
        <w:rPr>
          <w:lang w:eastAsia="zh-CN"/>
        </w:rPr>
        <w:t>"</w:t>
      </w:r>
      <w:r>
        <w:rPr>
          <w:lang w:eastAsia="zh-CN"/>
        </w:rPr>
        <w:t>用户</w:t>
      </w:r>
      <w:r>
        <w:rPr>
          <w:lang w:eastAsia="zh-CN"/>
        </w:rPr>
        <w:t>")</w:t>
      </w:r>
      <w:r>
        <w:rPr>
          <w:lang w:eastAsia="zh-CN"/>
        </w:rPr>
        <w:t>的合法权益，</w:t>
      </w:r>
      <w:r>
        <w:rPr>
          <w:lang w:eastAsia="zh-CN"/>
        </w:rPr>
        <w:t>请务必仔细阅读</w:t>
      </w:r>
      <w:r>
        <w:rPr>
          <w:lang w:eastAsia="zh-CN"/>
        </w:rPr>
        <w:t>本协议</w:t>
      </w:r>
      <w:r>
        <w:rPr>
          <w:lang w:eastAsia="zh-CN"/>
        </w:rPr>
        <w:t>的所有条款。</w:t>
      </w:r>
    </w:p>
    <w:p w:rsidR="0007583A" w:rsidRDefault="00833141">
      <w:pPr>
        <w:ind w:firstLine="420"/>
        <w:rPr>
          <w:lang w:eastAsia="zh-CN"/>
        </w:rPr>
      </w:pPr>
      <w:r>
        <w:rPr>
          <w:lang w:eastAsia="zh-CN"/>
        </w:rPr>
        <w:t>本协议旨在向您介绍产品的内容</w:t>
      </w:r>
      <w:r w:rsidR="008C0492">
        <w:rPr>
          <w:lang w:eastAsia="zh-CN"/>
        </w:rPr>
        <w:t>及使用规则。请您充分理解条款内容，关注您在本协议中的权利和义务</w:t>
      </w:r>
      <w:r>
        <w:rPr>
          <w:lang w:eastAsia="zh-CN"/>
        </w:rPr>
        <w:t>。这些条款含有与您的权利义务有关的重要内容以及可能对您适用的限制或除外规定。如您对本协议有任何异议或者疑问，请立即停止后续确认签署行为。如您不接受本协议的任何条款，请您拒绝签署。如您在线下签署，或通过勾选、点击确认等数据电文形式在线确认本协议，或者已在产品销售专区购买产品或已使用产品服务</w:t>
      </w:r>
      <w:r>
        <w:rPr>
          <w:lang w:eastAsia="zh-CN"/>
        </w:rPr>
        <w:t>,</w:t>
      </w:r>
      <w:r>
        <w:rPr>
          <w:lang w:eastAsia="zh-CN"/>
        </w:rPr>
        <w:t>即视为您已充分理解本协议所有条款的含义及相应的法律后果，同意接受所有条款的约束，并同</w:t>
      </w:r>
      <w:r>
        <w:rPr>
          <w:lang w:eastAsia="zh-CN"/>
        </w:rPr>
        <w:t>意严格遵守所有条款以及其他适用的法律法规等。</w:t>
      </w:r>
    </w:p>
    <w:p w:rsidR="0007583A" w:rsidRDefault="00833141">
      <w:pPr>
        <w:spacing w:before="280" w:after="120"/>
        <w:rPr>
          <w:lang w:eastAsia="zh-CN"/>
        </w:rPr>
      </w:pPr>
      <w:r>
        <w:rPr>
          <w:rFonts w:ascii="黑体" w:eastAsia="黑体" w:hAnsi="黑体"/>
          <w:b/>
          <w:color w:val="333333"/>
          <w:sz w:val="28"/>
          <w:lang w:eastAsia="zh-CN"/>
        </w:rPr>
        <w:t>一、账号注册及使用</w:t>
      </w:r>
    </w:p>
    <w:p w:rsidR="00604AAC" w:rsidRDefault="00833141">
      <w:pPr>
        <w:ind w:left="420" w:hanging="420"/>
        <w:rPr>
          <w:lang w:eastAsia="zh-CN"/>
        </w:rPr>
      </w:pPr>
      <w:r>
        <w:rPr>
          <w:lang w:eastAsia="zh-CN"/>
        </w:rPr>
        <w:t>1.</w:t>
      </w:r>
      <w:r w:rsidR="00604AAC">
        <w:rPr>
          <w:rFonts w:hint="eastAsia"/>
          <w:lang w:eastAsia="zh-CN"/>
        </w:rPr>
        <w:t xml:space="preserve"> </w:t>
      </w:r>
      <w:r>
        <w:rPr>
          <w:lang w:eastAsia="zh-CN"/>
        </w:rPr>
        <w:t>您须先行在</w:t>
      </w:r>
      <w:r>
        <w:rPr>
          <w:lang w:eastAsia="zh-CN"/>
        </w:rPr>
        <w:t>"</w:t>
      </w:r>
      <w:r>
        <w:rPr>
          <w:lang w:eastAsia="zh-CN"/>
        </w:rPr>
        <w:t>住趣多</w:t>
      </w:r>
      <w:r>
        <w:rPr>
          <w:lang w:eastAsia="zh-CN"/>
        </w:rPr>
        <w:t>"</w:t>
      </w:r>
      <w:r>
        <w:rPr>
          <w:lang w:eastAsia="zh-CN"/>
        </w:rPr>
        <w:t>微信小程序或通过其他合作平台注册用户账号后</w:t>
      </w:r>
      <w:r w:rsidR="00604AAC">
        <w:rPr>
          <w:lang w:eastAsia="zh-CN"/>
        </w:rPr>
        <w:t>，</w:t>
      </w:r>
      <w:r w:rsidR="00604AAC">
        <w:rPr>
          <w:rFonts w:hint="eastAsia"/>
          <w:lang w:eastAsia="zh-CN"/>
        </w:rPr>
        <w:t>才</w:t>
      </w:r>
      <w:r w:rsidR="00604AAC">
        <w:rPr>
          <w:lang w:eastAsia="zh-CN"/>
        </w:rPr>
        <w:t>可在“住趣多”小程序进行产品购买或使用产品服务。</w:t>
      </w:r>
    </w:p>
    <w:p w:rsidR="0007583A" w:rsidRDefault="00833141" w:rsidP="00604AAC">
      <w:pPr>
        <w:ind w:leftChars="100" w:left="240"/>
        <w:rPr>
          <w:lang w:eastAsia="zh-CN"/>
        </w:rPr>
      </w:pPr>
      <w:r>
        <w:rPr>
          <w:lang w:eastAsia="zh-CN"/>
        </w:rPr>
        <w:t>2.</w:t>
      </w:r>
      <w:r>
        <w:rPr>
          <w:lang w:eastAsia="zh-CN"/>
        </w:rPr>
        <w:t>在您注册上述用户账号及购买产品或使用产品服务前，您承诺您已满</w:t>
      </w:r>
      <w:r>
        <w:rPr>
          <w:lang w:eastAsia="zh-CN"/>
        </w:rPr>
        <w:t>18</w:t>
      </w:r>
      <w:r>
        <w:rPr>
          <w:lang w:eastAsia="zh-CN"/>
        </w:rPr>
        <w:t>周岁且具备中华人民共和国大陆地区法律规定的与您行为相适应的民事行为能力。</w:t>
      </w:r>
    </w:p>
    <w:p w:rsidR="0007583A" w:rsidRDefault="00833141">
      <w:pPr>
        <w:ind w:left="420" w:hanging="420"/>
        <w:rPr>
          <w:lang w:eastAsia="zh-CN"/>
        </w:rPr>
      </w:pPr>
      <w:r>
        <w:rPr>
          <w:lang w:eastAsia="zh-CN"/>
        </w:rPr>
        <w:t>3.</w:t>
      </w:r>
      <w:r>
        <w:rPr>
          <w:lang w:eastAsia="zh-CN"/>
        </w:rPr>
        <w:t>为向您提供最便利的服务，您同意我们享有可以通过邮件、短信、电话等形式，向</w:t>
      </w:r>
      <w:r>
        <w:rPr>
          <w:lang w:eastAsia="zh-CN"/>
        </w:rPr>
        <w:t>您及产品使用人发送订单信息以及产品推广和促销信息等有关事项的权利。您如不希望接收该等信息，可以联系平台客服进行退订处理。</w:t>
      </w:r>
    </w:p>
    <w:p w:rsidR="0007583A" w:rsidRDefault="00833141">
      <w:pPr>
        <w:ind w:left="420" w:hanging="420"/>
        <w:rPr>
          <w:lang w:eastAsia="zh-CN"/>
        </w:rPr>
      </w:pPr>
      <w:r>
        <w:rPr>
          <w:lang w:eastAsia="zh-CN"/>
        </w:rPr>
        <w:t>4.</w:t>
      </w:r>
      <w:r>
        <w:rPr>
          <w:lang w:eastAsia="zh-CN"/>
        </w:rPr>
        <w:t>您应当妥善保管您的用户账号和账号密码。您同意通过您的用户账号实施的行为均视作为您本人的行为，您同意自行对通过您的用户账号所实施的行为负责。如您发现任何非授权使用的行为，您应立即联系客服处理。</w:t>
      </w:r>
    </w:p>
    <w:p w:rsidR="0007583A" w:rsidRDefault="00833141">
      <w:pPr>
        <w:ind w:left="420" w:hanging="420"/>
        <w:rPr>
          <w:lang w:eastAsia="zh-CN"/>
        </w:rPr>
      </w:pPr>
      <w:r>
        <w:rPr>
          <w:lang w:eastAsia="zh-CN"/>
        </w:rPr>
        <w:lastRenderedPageBreak/>
        <w:t>5.</w:t>
      </w:r>
      <w:r>
        <w:rPr>
          <w:lang w:eastAsia="zh-CN"/>
        </w:rPr>
        <w:t>如您不同意上述账号注册及使用的规则，或您不符合有关账号注册及使用条件的，您将无法购买产品或使用产品服务，我们亦保留在中华人民共和国大陆地区法律允许的范围内依法决定拒绝向您提供产品或产品服务、</w:t>
      </w:r>
      <w:r>
        <w:rPr>
          <w:lang w:eastAsia="zh-CN"/>
        </w:rPr>
        <w:t>关闭您的用户账号、清除或编辑内容或取消订单的权利。</w:t>
      </w:r>
    </w:p>
    <w:p w:rsidR="0007583A" w:rsidRDefault="00833141">
      <w:pPr>
        <w:spacing w:before="280" w:after="120"/>
        <w:rPr>
          <w:lang w:eastAsia="zh-CN"/>
        </w:rPr>
      </w:pPr>
      <w:r>
        <w:rPr>
          <w:rFonts w:ascii="黑体" w:eastAsia="黑体" w:hAnsi="黑体"/>
          <w:b/>
          <w:color w:val="333333"/>
          <w:sz w:val="28"/>
          <w:lang w:eastAsia="zh-CN"/>
        </w:rPr>
        <w:t>二、个人信息提供及处理授权声明</w:t>
      </w:r>
    </w:p>
    <w:p w:rsidR="0007583A" w:rsidRDefault="00833141">
      <w:pPr>
        <w:ind w:left="420" w:hanging="420"/>
        <w:rPr>
          <w:lang w:eastAsia="zh-CN"/>
        </w:rPr>
      </w:pPr>
      <w:r>
        <w:rPr>
          <w:lang w:eastAsia="zh-CN"/>
        </w:rPr>
        <w:t>1.</w:t>
      </w:r>
      <w:r>
        <w:rPr>
          <w:lang w:eastAsia="zh-CN"/>
        </w:rPr>
        <w:t>我们作为个人信息处理者将依法依规处理您的个人信息，尊重并保护您的隐私，您理解并同意，在您通过</w:t>
      </w:r>
      <w:r>
        <w:rPr>
          <w:lang w:eastAsia="zh-CN"/>
        </w:rPr>
        <w:t>"</w:t>
      </w:r>
      <w:r>
        <w:rPr>
          <w:lang w:eastAsia="zh-CN"/>
        </w:rPr>
        <w:t>住趣多</w:t>
      </w:r>
      <w:r>
        <w:rPr>
          <w:lang w:eastAsia="zh-CN"/>
        </w:rPr>
        <w:t>"</w:t>
      </w:r>
      <w:r>
        <w:rPr>
          <w:lang w:eastAsia="zh-CN"/>
        </w:rPr>
        <w:t>公众号、</w:t>
      </w:r>
      <w:r>
        <w:rPr>
          <w:lang w:eastAsia="zh-CN"/>
        </w:rPr>
        <w:t>"</w:t>
      </w:r>
      <w:r>
        <w:rPr>
          <w:lang w:eastAsia="zh-CN"/>
        </w:rPr>
        <w:t>住趣多</w:t>
      </w:r>
      <w:r>
        <w:rPr>
          <w:lang w:eastAsia="zh-CN"/>
        </w:rPr>
        <w:t>"</w:t>
      </w:r>
      <w:r>
        <w:rPr>
          <w:lang w:eastAsia="zh-CN"/>
        </w:rPr>
        <w:t>微信小程序或其他合作平台购买及使用产品权益时，我们需将订单信息</w:t>
      </w:r>
      <w:r w:rsidR="00604AAC">
        <w:rPr>
          <w:rFonts w:hint="eastAsia"/>
          <w:lang w:eastAsia="zh-CN"/>
        </w:rPr>
        <w:t>中</w:t>
      </w:r>
      <w:r w:rsidR="00604AAC">
        <w:rPr>
          <w:lang w:eastAsia="zh-CN"/>
        </w:rPr>
        <w:t>有关的</w:t>
      </w:r>
      <w:r>
        <w:rPr>
          <w:lang w:eastAsia="zh-CN"/>
        </w:rPr>
        <w:t>个人信息</w:t>
      </w:r>
      <w:r>
        <w:rPr>
          <w:lang w:eastAsia="zh-CN"/>
        </w:rPr>
        <w:t>(</w:t>
      </w:r>
      <w:r>
        <w:rPr>
          <w:lang w:eastAsia="zh-CN"/>
        </w:rPr>
        <w:t>一般会包括姓名、联系方式，可能也会包含您在预订过程中主动提供的身份证件信息、信用卡信息等</w:t>
      </w:r>
      <w:r>
        <w:rPr>
          <w:lang w:eastAsia="zh-CN"/>
        </w:rPr>
        <w:t>)</w:t>
      </w:r>
      <w:r>
        <w:rPr>
          <w:lang w:eastAsia="zh-CN"/>
        </w:rPr>
        <w:t>，通过传输至服务提供方系统，进行自动化订单处理或者人工订单处理，以</w:t>
      </w:r>
      <w:r>
        <w:rPr>
          <w:lang w:eastAsia="zh-CN"/>
        </w:rPr>
        <w:t>供其核实您的身份、确认您的订单，并最终为您提供服务。在提供有关信息前，我们将严格执行《中华人民共和国个人信息保护法》之规定，要求有关服务提供方切实履行个人信息保护义务，仅就提供服务之目的处理您的个人信息，不得擅自转移、共享、提供、出售或基于其他目的处理您的个人信息。</w:t>
      </w:r>
    </w:p>
    <w:p w:rsidR="0007583A" w:rsidRDefault="00833141">
      <w:pPr>
        <w:ind w:left="420" w:hanging="420"/>
        <w:rPr>
          <w:lang w:eastAsia="zh-CN"/>
        </w:rPr>
      </w:pPr>
      <w:r>
        <w:rPr>
          <w:lang w:eastAsia="zh-CN"/>
        </w:rPr>
        <w:t>2.</w:t>
      </w:r>
      <w:r>
        <w:rPr>
          <w:lang w:eastAsia="zh-CN"/>
        </w:rPr>
        <w:t>您应确保资料及信息的真实、准确、完整且合法有效，如有变动，您应及时办理更新。因您提供的资料或信息不真实、不准确、不完整或无效而产生的法律后果由您自行承担。</w:t>
      </w:r>
    </w:p>
    <w:p w:rsidR="0007583A" w:rsidRDefault="00833141">
      <w:pPr>
        <w:ind w:left="420" w:hanging="420"/>
        <w:rPr>
          <w:lang w:eastAsia="zh-CN"/>
        </w:rPr>
      </w:pPr>
      <w:r>
        <w:rPr>
          <w:lang w:eastAsia="zh-CN"/>
        </w:rPr>
        <w:t>3.</w:t>
      </w:r>
      <w:r>
        <w:rPr>
          <w:lang w:eastAsia="zh-CN"/>
        </w:rPr>
        <w:t>您理解并同意我们基</w:t>
      </w:r>
      <w:r>
        <w:rPr>
          <w:lang w:eastAsia="zh-CN"/>
        </w:rPr>
        <w:t>于为您提供服务之目的，向有关服务提供方提供您的个人信息，如果订单信息中包含末成年人信息的，表示您作为订单中未成年人的监护人</w:t>
      </w:r>
      <w:r>
        <w:rPr>
          <w:lang w:eastAsia="zh-CN"/>
        </w:rPr>
        <w:t>(</w:t>
      </w:r>
      <w:r>
        <w:rPr>
          <w:lang w:eastAsia="zh-CN"/>
        </w:rPr>
        <w:t>或已征得该未成年人监护人的同意</w:t>
      </w:r>
      <w:r>
        <w:rPr>
          <w:lang w:eastAsia="zh-CN"/>
        </w:rPr>
        <w:t>),</w:t>
      </w:r>
      <w:r>
        <w:rPr>
          <w:lang w:eastAsia="zh-CN"/>
        </w:rPr>
        <w:t>有权使用该未成年人信息提交订单，同意我们出于提供产品或服务的目的，处理未成年人的个人信息。</w:t>
      </w:r>
    </w:p>
    <w:p w:rsidR="0007583A" w:rsidRDefault="00833141">
      <w:pPr>
        <w:spacing w:before="280" w:after="120"/>
        <w:rPr>
          <w:lang w:eastAsia="zh-CN"/>
        </w:rPr>
      </w:pPr>
      <w:r>
        <w:rPr>
          <w:rFonts w:ascii="黑体" w:eastAsia="黑体" w:hAnsi="黑体"/>
          <w:b/>
          <w:color w:val="333333"/>
          <w:sz w:val="28"/>
          <w:lang w:eastAsia="zh-CN"/>
        </w:rPr>
        <w:t>三、订单生效和产品交付</w:t>
      </w:r>
    </w:p>
    <w:p w:rsidR="0007583A" w:rsidRDefault="00833141">
      <w:pPr>
        <w:ind w:left="420" w:hanging="420"/>
        <w:rPr>
          <w:lang w:eastAsia="zh-CN"/>
        </w:rPr>
      </w:pPr>
      <w:r>
        <w:rPr>
          <w:lang w:eastAsia="zh-CN"/>
        </w:rPr>
        <w:t>1.</w:t>
      </w:r>
      <w:r>
        <w:rPr>
          <w:lang w:eastAsia="zh-CN"/>
        </w:rPr>
        <w:t>您可以在</w:t>
      </w:r>
      <w:r w:rsidR="000B248C">
        <w:rPr>
          <w:rFonts w:hint="eastAsia"/>
          <w:lang w:eastAsia="zh-CN"/>
        </w:rPr>
        <w:t>商城</w:t>
      </w:r>
      <w:r w:rsidR="000B248C">
        <w:rPr>
          <w:lang w:eastAsia="zh-CN"/>
        </w:rPr>
        <w:t>选择希望购买的具体产品类型，</w:t>
      </w:r>
      <w:r w:rsidR="000B248C">
        <w:rPr>
          <w:lang w:eastAsia="zh-CN"/>
        </w:rPr>
        <w:t>在</w:t>
      </w:r>
      <w:r w:rsidR="000B248C">
        <w:rPr>
          <w:rFonts w:hint="eastAsia"/>
          <w:lang w:eastAsia="zh-CN"/>
        </w:rPr>
        <w:t>商场</w:t>
      </w:r>
      <w:r w:rsidR="000B248C">
        <w:rPr>
          <w:lang w:eastAsia="zh-CN"/>
        </w:rPr>
        <w:t>选购产品时，应仔细确认所购产品的价格、内容、数量、使用方式和限制情形等信息，并须完整填写使用人</w:t>
      </w:r>
      <w:r w:rsidR="000B248C">
        <w:rPr>
          <w:lang w:eastAsia="zh-CN"/>
        </w:rPr>
        <w:lastRenderedPageBreak/>
        <w:t>名称、有效身份证件、联系方式等信息并选择对应的支付方式，</w:t>
      </w:r>
      <w:r>
        <w:rPr>
          <w:lang w:eastAsia="zh-CN"/>
        </w:rPr>
        <w:t>支付成功后，您所选购产品的订单即已成立并生效。</w:t>
      </w:r>
    </w:p>
    <w:p w:rsidR="0007583A" w:rsidRDefault="00833141" w:rsidP="000B248C">
      <w:pPr>
        <w:ind w:left="420" w:hanging="420"/>
        <w:rPr>
          <w:lang w:eastAsia="zh-CN"/>
        </w:rPr>
      </w:pPr>
      <w:r>
        <w:rPr>
          <w:lang w:eastAsia="zh-CN"/>
        </w:rPr>
        <w:t>2.</w:t>
      </w:r>
      <w:r w:rsidR="000B248C">
        <w:rPr>
          <w:lang w:eastAsia="zh-CN"/>
        </w:rPr>
        <w:t xml:space="preserve"> </w:t>
      </w:r>
      <w:r>
        <w:rPr>
          <w:lang w:eastAsia="zh-CN"/>
        </w:rPr>
        <w:t>您</w:t>
      </w:r>
      <w:r w:rsidR="00860D0C">
        <w:rPr>
          <w:lang w:eastAsia="zh-CN"/>
        </w:rPr>
        <w:t>在进行共享旅居换住服务时，需</w:t>
      </w:r>
      <w:r>
        <w:rPr>
          <w:lang w:eastAsia="zh-CN"/>
        </w:rPr>
        <w:t>勾选确认</w:t>
      </w:r>
      <w:r>
        <w:rPr>
          <w:lang w:eastAsia="zh-CN"/>
        </w:rPr>
        <w:t>《换住承诺书》，以帮助您了解共享旅居产品的详细信息，</w:t>
      </w:r>
      <w:r>
        <w:rPr>
          <w:lang w:eastAsia="zh-CN"/>
        </w:rPr>
        <w:t>《换住承诺书》将与本协议共同构成我们为您提供共享旅居及产品服务的法律依据。</w:t>
      </w:r>
    </w:p>
    <w:p w:rsidR="0007583A" w:rsidRDefault="00833141">
      <w:pPr>
        <w:spacing w:before="280" w:after="120"/>
        <w:rPr>
          <w:lang w:eastAsia="zh-CN"/>
        </w:rPr>
      </w:pPr>
      <w:r>
        <w:rPr>
          <w:rFonts w:ascii="黑体" w:eastAsia="黑体" w:hAnsi="黑体"/>
          <w:b/>
          <w:color w:val="333333"/>
          <w:sz w:val="28"/>
          <w:lang w:eastAsia="zh-CN"/>
        </w:rPr>
        <w:t>四、产品的价格、支付方式与发票</w:t>
      </w:r>
    </w:p>
    <w:p w:rsidR="00721BDD" w:rsidRDefault="00833141">
      <w:pPr>
        <w:ind w:left="420" w:hanging="420"/>
        <w:rPr>
          <w:lang w:eastAsia="zh-CN"/>
        </w:rPr>
      </w:pPr>
      <w:r>
        <w:rPr>
          <w:lang w:eastAsia="zh-CN"/>
        </w:rPr>
        <w:t>1.</w:t>
      </w:r>
      <w:r>
        <w:rPr>
          <w:lang w:eastAsia="zh-CN"/>
        </w:rPr>
        <w:t>除非另有标识说明，产品价格以人民币表示。您理解并同意，除非您经直接成功提交订单并完成全部支付后订单生效，否则相关价格信息仅供参考，不应当视为任何法律意义上的要</w:t>
      </w:r>
      <w:r>
        <w:rPr>
          <w:lang w:eastAsia="zh-CN"/>
        </w:rPr>
        <w:t>约或承诺。</w:t>
      </w:r>
    </w:p>
    <w:p w:rsidR="0007583A" w:rsidRDefault="00833141">
      <w:pPr>
        <w:ind w:left="420" w:hanging="420"/>
        <w:rPr>
          <w:lang w:eastAsia="zh-CN"/>
        </w:rPr>
      </w:pPr>
      <w:r>
        <w:rPr>
          <w:lang w:eastAsia="zh-CN"/>
        </w:rPr>
        <w:t>2.</w:t>
      </w:r>
      <w:r w:rsidR="00721BDD">
        <w:rPr>
          <w:lang w:eastAsia="zh-CN"/>
        </w:rPr>
        <w:t>对于您</w:t>
      </w:r>
      <w:r>
        <w:rPr>
          <w:lang w:eastAsia="zh-CN"/>
        </w:rPr>
        <w:t>所下的任何订单，您应当在我们要求的时限内进行支付。鉴于技术原因，除非另有标识说明，如您通过在线支付提交订单的，我们仅接受以所提供的支付方式在线进行的付款。</w:t>
      </w:r>
    </w:p>
    <w:p w:rsidR="0007583A" w:rsidRDefault="00833141">
      <w:pPr>
        <w:spacing w:before="280" w:after="120"/>
        <w:rPr>
          <w:lang w:eastAsia="zh-CN"/>
        </w:rPr>
      </w:pPr>
      <w:r>
        <w:rPr>
          <w:rFonts w:ascii="黑体" w:eastAsia="黑体" w:hAnsi="黑体"/>
          <w:b/>
          <w:color w:val="333333"/>
          <w:sz w:val="28"/>
          <w:lang w:eastAsia="zh-CN"/>
        </w:rPr>
        <w:t>五、产品的通用使用及限制条件</w:t>
      </w:r>
    </w:p>
    <w:p w:rsidR="0007583A" w:rsidRDefault="00833141">
      <w:pPr>
        <w:ind w:left="420" w:hanging="420"/>
        <w:rPr>
          <w:lang w:eastAsia="zh-CN"/>
        </w:rPr>
      </w:pPr>
      <w:r>
        <w:rPr>
          <w:lang w:eastAsia="zh-CN"/>
        </w:rPr>
        <w:t>1.</w:t>
      </w:r>
      <w:r>
        <w:rPr>
          <w:lang w:eastAsia="zh-CN"/>
        </w:rPr>
        <w:t>您理解并同意，产品只可绑定至特定的一个用户账号，账号仅限用户本人使用，用户一经确定不得以任何形式随意更改、转让、租借、继承，也不得用于其他目的，否则我们有权追究您的违约责任，且由此产生的责任及后果均由您自行承担。</w:t>
      </w:r>
    </w:p>
    <w:p w:rsidR="0007583A" w:rsidRDefault="00721BDD">
      <w:pPr>
        <w:ind w:left="420" w:hanging="420"/>
        <w:rPr>
          <w:lang w:eastAsia="zh-CN"/>
        </w:rPr>
      </w:pPr>
      <w:r>
        <w:rPr>
          <w:lang w:eastAsia="zh-CN"/>
        </w:rPr>
        <w:t>2</w:t>
      </w:r>
      <w:r w:rsidR="00833141">
        <w:rPr>
          <w:lang w:eastAsia="zh-CN"/>
        </w:rPr>
        <w:t>.</w:t>
      </w:r>
      <w:r w:rsidR="00833141">
        <w:rPr>
          <w:lang w:eastAsia="zh-CN"/>
        </w:rPr>
        <w:t>您理解并同意，</w:t>
      </w:r>
      <w:r>
        <w:rPr>
          <w:lang w:eastAsia="zh-CN"/>
        </w:rPr>
        <w:t>任何</w:t>
      </w:r>
      <w:r w:rsidR="00833141">
        <w:rPr>
          <w:lang w:eastAsia="zh-CN"/>
        </w:rPr>
        <w:t>产品</w:t>
      </w:r>
      <w:r>
        <w:rPr>
          <w:lang w:eastAsia="zh-CN"/>
        </w:rPr>
        <w:t>及服务</w:t>
      </w:r>
      <w:r w:rsidR="00833141">
        <w:rPr>
          <w:lang w:eastAsia="zh-CN"/>
        </w:rPr>
        <w:t>只限于满</w:t>
      </w:r>
      <w:r w:rsidR="00833141">
        <w:rPr>
          <w:lang w:eastAsia="zh-CN"/>
        </w:rPr>
        <w:t>18</w:t>
      </w:r>
      <w:r w:rsidR="00833141">
        <w:rPr>
          <w:lang w:eastAsia="zh-CN"/>
        </w:rPr>
        <w:t>周岁且符合民事行为能力资格的持有效证件的自然人购买，证件类型支持中华人民共和国居民身份证及中华人民共和国相关法律认可的证件。</w:t>
      </w:r>
    </w:p>
    <w:p w:rsidR="0007583A" w:rsidRDefault="00833141">
      <w:pPr>
        <w:spacing w:before="280" w:after="120"/>
        <w:rPr>
          <w:lang w:eastAsia="zh-CN"/>
        </w:rPr>
      </w:pPr>
      <w:r>
        <w:rPr>
          <w:rFonts w:ascii="黑体" w:eastAsia="黑体" w:hAnsi="黑体"/>
          <w:b/>
          <w:color w:val="333333"/>
          <w:sz w:val="28"/>
          <w:lang w:eastAsia="zh-CN"/>
        </w:rPr>
        <w:t>六、产品的特别注意事项</w:t>
      </w:r>
    </w:p>
    <w:p w:rsidR="0007583A" w:rsidRDefault="00833141">
      <w:pPr>
        <w:ind w:left="420" w:hanging="420"/>
        <w:rPr>
          <w:lang w:eastAsia="zh-CN"/>
        </w:rPr>
      </w:pPr>
      <w:r>
        <w:rPr>
          <w:lang w:eastAsia="zh-CN"/>
        </w:rPr>
        <w:t>1.</w:t>
      </w:r>
      <w:r>
        <w:rPr>
          <w:lang w:eastAsia="zh-CN"/>
        </w:rPr>
        <w:t>您理解并同意，您不得利用</w:t>
      </w:r>
      <w:r w:rsidR="00721BDD">
        <w:rPr>
          <w:lang w:eastAsia="zh-CN"/>
        </w:rPr>
        <w:t>共享旅居等</w:t>
      </w:r>
      <w:r>
        <w:rPr>
          <w:lang w:eastAsia="zh-CN"/>
        </w:rPr>
        <w:t>产品从事任何非法牟利活动，不得存有倒卖、套现等违反本协议或其他损害我们及合作方的行为，一经发现，我们有权立刻终止或取消包括您的所有产品权益，您同意此时我们无需向您退货或退款，且您需承担因此造成的全部损失。</w:t>
      </w:r>
    </w:p>
    <w:p w:rsidR="0007583A" w:rsidRDefault="00833141">
      <w:pPr>
        <w:spacing w:before="280" w:after="120"/>
        <w:rPr>
          <w:lang w:eastAsia="zh-CN"/>
        </w:rPr>
      </w:pPr>
      <w:r>
        <w:rPr>
          <w:rFonts w:ascii="黑体" w:eastAsia="黑体" w:hAnsi="黑体"/>
          <w:b/>
          <w:color w:val="333333"/>
          <w:sz w:val="28"/>
          <w:lang w:eastAsia="zh-CN"/>
        </w:rPr>
        <w:lastRenderedPageBreak/>
        <w:t>七、协议效力及法律适用</w:t>
      </w:r>
    </w:p>
    <w:p w:rsidR="0007583A" w:rsidRDefault="00833141">
      <w:pPr>
        <w:ind w:left="420" w:hanging="420"/>
        <w:rPr>
          <w:lang w:eastAsia="zh-CN"/>
        </w:rPr>
      </w:pPr>
      <w:r>
        <w:rPr>
          <w:lang w:eastAsia="zh-CN"/>
        </w:rPr>
        <w:t>1.</w:t>
      </w:r>
      <w:r>
        <w:rPr>
          <w:lang w:eastAsia="zh-CN"/>
        </w:rPr>
        <w:t>如果本协议中任何一条被视为废止、无效或任何理由不可执行，该条应视为可分的且并不影响任何其余条款的有效性和可执行性。</w:t>
      </w:r>
    </w:p>
    <w:p w:rsidR="0007583A" w:rsidRDefault="00833141">
      <w:pPr>
        <w:ind w:left="420" w:hanging="420"/>
        <w:rPr>
          <w:lang w:eastAsia="zh-CN"/>
        </w:rPr>
      </w:pPr>
      <w:r>
        <w:rPr>
          <w:lang w:eastAsia="zh-CN"/>
        </w:rPr>
        <w:t>2.</w:t>
      </w:r>
      <w:r>
        <w:rPr>
          <w:lang w:eastAsia="zh-CN"/>
        </w:rPr>
        <w:t>如果我们未能行使或执行本协议的任何权利</w:t>
      </w:r>
      <w:r>
        <w:rPr>
          <w:lang w:eastAsia="zh-CN"/>
        </w:rPr>
        <w:t>或条款，您同意这不构成我们对该等权利或条款的放弃。</w:t>
      </w:r>
    </w:p>
    <w:p w:rsidR="0007583A" w:rsidRDefault="00833141">
      <w:pPr>
        <w:ind w:left="420" w:hanging="420"/>
        <w:rPr>
          <w:lang w:eastAsia="zh-CN"/>
        </w:rPr>
      </w:pPr>
      <w:r>
        <w:rPr>
          <w:lang w:eastAsia="zh-CN"/>
        </w:rPr>
        <w:t>3.</w:t>
      </w:r>
      <w:r>
        <w:rPr>
          <w:lang w:eastAsia="zh-CN"/>
        </w:rPr>
        <w:t>我们的产品与我们提供的服务有关的一切知识产权及著作权均由我们及我们的授权方完整拥有，所有权利均被保留。</w:t>
      </w:r>
    </w:p>
    <w:p w:rsidR="0007583A" w:rsidRDefault="00833141">
      <w:pPr>
        <w:ind w:left="420" w:hanging="420"/>
        <w:rPr>
          <w:lang w:eastAsia="zh-CN"/>
        </w:rPr>
      </w:pPr>
      <w:r>
        <w:rPr>
          <w:lang w:eastAsia="zh-CN"/>
        </w:rPr>
        <w:t>4.</w:t>
      </w:r>
      <w:r>
        <w:rPr>
          <w:lang w:eastAsia="zh-CN"/>
        </w:rPr>
        <w:t>本协议的订立、执行和解释及争议的解决均应适用中华人民共和国大陆地区施行之法律。如您就本协议内容或其执行发生任何争议，我们将尽力与您友好协商解决；协商不成时，均应提交至我们的办公地址所在区域的人民法院即中国广东省广州市天河区人民法院进行诉讼。</w:t>
      </w:r>
    </w:p>
    <w:p w:rsidR="0007583A" w:rsidRDefault="00833141">
      <w:pPr>
        <w:ind w:left="420" w:hanging="420"/>
        <w:rPr>
          <w:lang w:eastAsia="zh-CN"/>
        </w:rPr>
      </w:pPr>
      <w:r>
        <w:rPr>
          <w:lang w:eastAsia="zh-CN"/>
        </w:rPr>
        <w:t>5.</w:t>
      </w:r>
      <w:r>
        <w:rPr>
          <w:lang w:eastAsia="zh-CN"/>
        </w:rPr>
        <w:t>您理解并同意，我们就产品的推出及本协议的制定，及不时修订和发布的各类规则、声明、公告等</w:t>
      </w:r>
      <w:r>
        <w:rPr>
          <w:lang w:eastAsia="zh-CN"/>
        </w:rPr>
        <w:t>其他内容，均旨在为了更好的、更加便利的为您提供产品和服务，您应详细阅读产品及本协议及各类规则、声明、公告等资料的全部内容，并谨慎选购。</w:t>
      </w:r>
    </w:p>
    <w:p w:rsidR="0007583A" w:rsidRDefault="00833141">
      <w:pPr>
        <w:spacing w:before="280" w:after="120"/>
        <w:rPr>
          <w:lang w:eastAsia="zh-CN"/>
        </w:rPr>
      </w:pPr>
      <w:r>
        <w:rPr>
          <w:rFonts w:ascii="黑体" w:eastAsia="黑体" w:hAnsi="黑体"/>
          <w:b/>
          <w:color w:val="333333"/>
          <w:sz w:val="28"/>
          <w:lang w:eastAsia="zh-CN"/>
        </w:rPr>
        <w:t>八、联系我们</w:t>
      </w:r>
    </w:p>
    <w:p w:rsidR="0007583A" w:rsidRDefault="00833141">
      <w:pPr>
        <w:ind w:left="420" w:hanging="420"/>
        <w:rPr>
          <w:lang w:eastAsia="zh-CN"/>
        </w:rPr>
      </w:pPr>
      <w:r>
        <w:rPr>
          <w:lang w:eastAsia="zh-CN"/>
        </w:rPr>
        <w:t>1.</w:t>
      </w:r>
      <w:r>
        <w:rPr>
          <w:lang w:eastAsia="zh-CN"/>
        </w:rPr>
        <w:t>我们，即产品和与产品有关服务的提供主体，</w:t>
      </w:r>
      <w:bookmarkStart w:id="0" w:name="_GoBack"/>
      <w:bookmarkEnd w:id="0"/>
      <w:r>
        <w:rPr>
          <w:lang w:eastAsia="zh-CN"/>
        </w:rPr>
        <w:t>为广东富泰科技创新有限公司或其指定关联公司。</w:t>
      </w:r>
    </w:p>
    <w:p w:rsidR="0007583A" w:rsidRDefault="00833141">
      <w:pPr>
        <w:ind w:left="420" w:hanging="420"/>
        <w:rPr>
          <w:lang w:eastAsia="zh-CN"/>
        </w:rPr>
      </w:pPr>
      <w:r>
        <w:rPr>
          <w:lang w:eastAsia="zh-CN"/>
        </w:rPr>
        <w:t>2.</w:t>
      </w:r>
      <w:r>
        <w:rPr>
          <w:lang w:eastAsia="zh-CN"/>
        </w:rPr>
        <w:t>产品购买后如有问题，请联系平台售后客服处理。</w:t>
      </w:r>
    </w:p>
    <w:sectPr w:rsidR="0007583A" w:rsidSect="00034616">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141" w:rsidRDefault="00833141" w:rsidP="008C0492">
      <w:pPr>
        <w:spacing w:after="0" w:line="240" w:lineRule="auto"/>
      </w:pPr>
      <w:r>
        <w:separator/>
      </w:r>
    </w:p>
  </w:endnote>
  <w:endnote w:type="continuationSeparator" w:id="0">
    <w:p w:rsidR="00833141" w:rsidRDefault="00833141" w:rsidP="008C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141" w:rsidRDefault="00833141" w:rsidP="008C0492">
      <w:pPr>
        <w:spacing w:after="0" w:line="240" w:lineRule="auto"/>
      </w:pPr>
      <w:r>
        <w:separator/>
      </w:r>
    </w:p>
  </w:footnote>
  <w:footnote w:type="continuationSeparator" w:id="0">
    <w:p w:rsidR="00833141" w:rsidRDefault="00833141" w:rsidP="008C04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583A"/>
    <w:rsid w:val="000B248C"/>
    <w:rsid w:val="0015074B"/>
    <w:rsid w:val="0029639D"/>
    <w:rsid w:val="00326F90"/>
    <w:rsid w:val="00604AAC"/>
    <w:rsid w:val="00721BDD"/>
    <w:rsid w:val="00833141"/>
    <w:rsid w:val="00860D0C"/>
    <w:rsid w:val="008C0492"/>
    <w:rsid w:val="00AA1D8D"/>
    <w:rsid w:val="00B47730"/>
    <w:rsid w:val="00CB0664"/>
    <w:rsid w:val="00F46BFE"/>
    <w:rsid w:val="00F908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3F330DBB-3CDE-4A19-B2A2-376040372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360" w:lineRule="auto"/>
    </w:pPr>
    <w:rPr>
      <w:rFonts w:ascii="宋体" w:eastAsia="宋体" w:hAnsi="宋体"/>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A5A8B-360A-4411-8794-5BC4587D7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邹福珍</cp:lastModifiedBy>
  <cp:revision>4</cp:revision>
  <dcterms:created xsi:type="dcterms:W3CDTF">2013-12-23T23:15:00Z</dcterms:created>
  <dcterms:modified xsi:type="dcterms:W3CDTF">2026-08-04T06:24:00Z</dcterms:modified>
  <cp:category/>
</cp:coreProperties>
</file>