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6"/>
        </w:rPr>
        <w:t>房屋换住协议</w:t>
      </w:r>
    </w:p>
    <w:p>
      <w:pPr>
        <w:jc w:val="center"/>
      </w:pPr>
      <w:r>
        <w:rPr>
          <w:rFonts w:ascii="宋体" w:hAnsi="宋体" w:eastAsia="宋体"/>
          <w:color w:val="808080"/>
          <w:sz w:val="20"/>
        </w:rPr>
        <w:t>（电子签署版 · 签署日期：2026年07月27日）</w:t>
      </w:r>
    </w:p>
    <w:p>
      <w:pPr>
        <w:ind w:firstLine="420"/>
      </w:pPr>
      <w:r>
        <w:rPr>
          <w:rFonts w:ascii="宋体" w:hAnsi="宋体" w:eastAsia="宋体"/>
          <w:sz w:val="22"/>
        </w:rPr>
        <w:t>本协议由以下双方通过【腾讯电子签】在线签署，电子签名与手写签名具有同等法律效力。</w:t>
      </w:r>
    </w:p>
    <w:p>
      <w:pPr>
        <w:spacing w:line="240" w:lineRule="auto"/>
      </w:pPr>
      <w:r>
        <w:rPr>
          <w:rFonts w:ascii="宋体" w:hAnsi="宋体" w:eastAsia="宋体"/>
          <w:color w:val="808080"/>
          <w:sz w:val="22"/>
        </w:rPr>
        <w:t>（此处填写：______________）</w:t>
      </w:r>
    </w:p>
    <w:p>
      <w:pPr>
        <w:ind w:firstLine="420"/>
      </w:pPr>
      <w:r>
        <w:rPr>
          <w:rFonts w:ascii="宋体" w:hAnsi="宋体" w:eastAsia="宋体"/>
          <w:sz w:val="22"/>
        </w:rPr>
        <w:t>甲方（房屋提供方）：______________</w:t>
      </w:r>
    </w:p>
    <w:p>
      <w:pPr>
        <w:ind w:firstLine="420"/>
      </w:pPr>
      <w:r>
        <w:rPr>
          <w:rFonts w:ascii="宋体" w:hAnsi="宋体" w:eastAsia="宋体"/>
          <w:sz w:val="22"/>
        </w:rPr>
        <w:t>身份证号：______________</w:t>
      </w:r>
    </w:p>
    <w:p>
      <w:pPr>
        <w:ind w:firstLine="420"/>
      </w:pPr>
      <w:r>
        <w:rPr>
          <w:rFonts w:ascii="宋体" w:hAnsi="宋体" w:eastAsia="宋体"/>
          <w:sz w:val="22"/>
        </w:rPr>
        <w:t>联系电话：______________</w:t>
      </w:r>
    </w:p>
    <w:p>
      <w:pPr>
        <w:ind w:firstLine="420"/>
      </w:pPr>
      <w:r>
        <w:rPr>
          <w:rFonts w:ascii="宋体" w:hAnsi="宋体" w:eastAsia="宋体"/>
          <w:sz w:val="22"/>
        </w:rPr>
        <w:t>通讯地址：______________</w:t>
      </w:r>
    </w:p>
    <w:p>
      <w:pPr>
        <w:spacing w:line="240" w:lineRule="auto"/>
      </w:pPr>
      <w:r>
        <w:rPr>
          <w:rFonts w:ascii="宋体" w:hAnsi="宋体" w:eastAsia="宋体"/>
          <w:color w:val="808080"/>
          <w:sz w:val="22"/>
        </w:rPr>
        <w:t>（此处填写：______________）</w:t>
      </w:r>
    </w:p>
    <w:p>
      <w:pPr>
        <w:ind w:firstLine="420"/>
      </w:pPr>
      <w:r>
        <w:rPr>
          <w:rFonts w:ascii="宋体" w:hAnsi="宋体" w:eastAsia="宋体"/>
          <w:sz w:val="22"/>
        </w:rPr>
        <w:t>乙方（换住方）：______________</w:t>
      </w:r>
    </w:p>
    <w:p>
      <w:pPr>
        <w:ind w:firstLine="420"/>
      </w:pPr>
      <w:r>
        <w:rPr>
          <w:rFonts w:ascii="宋体" w:hAnsi="宋体" w:eastAsia="宋体"/>
          <w:sz w:val="22"/>
        </w:rPr>
        <w:t>身份证号：______________</w:t>
      </w:r>
    </w:p>
    <w:p>
      <w:pPr>
        <w:ind w:firstLine="420"/>
      </w:pPr>
      <w:r>
        <w:rPr>
          <w:rFonts w:ascii="宋体" w:hAnsi="宋体" w:eastAsia="宋体"/>
          <w:sz w:val="22"/>
        </w:rPr>
        <w:t>联系电话：______________</w:t>
      </w:r>
    </w:p>
    <w:p>
      <w:pPr>
        <w:ind w:firstLine="420"/>
      </w:pPr>
      <w:r>
        <w:rPr>
          <w:rFonts w:ascii="宋体" w:hAnsi="宋体" w:eastAsia="宋体"/>
          <w:sz w:val="22"/>
        </w:rPr>
        <w:t>通讯地址：______________</w:t>
      </w:r>
    </w:p>
    <w:p>
      <w:pPr>
        <w:ind w:firstLine="420"/>
      </w:pPr>
      <w:r>
        <w:rPr>
          <w:rFonts w:ascii="宋体" w:hAnsi="宋体" w:eastAsia="宋体"/>
          <w:sz w:val="22"/>
        </w:rPr>
        <w:t>甲乙双方本着平等自愿、诚实信用的原则，就房屋换住事宜达成协议如下：</w:t>
      </w:r>
    </w:p>
    <w:p>
      <w:r>
        <w:rPr>
          <w:rFonts w:ascii="黑体" w:hAnsi="黑体" w:eastAsia="黑体"/>
          <w:b/>
          <w:sz w:val="24"/>
        </w:rPr>
        <w:t>第一条  换住房屋信息</w:t>
      </w:r>
    </w:p>
    <w:p>
      <w:pPr>
        <w:ind w:firstLine="420"/>
      </w:pPr>
      <w:r>
        <w:rPr>
          <w:rFonts w:ascii="宋体" w:hAnsi="宋体" w:eastAsia="宋体"/>
          <w:sz w:val="22"/>
        </w:rPr>
        <w:t>1.1 甲方将坐落于【______________】的房屋（以下简称"该房屋"）提供给乙方换住使用。</w:t>
      </w:r>
    </w:p>
    <w:p>
      <w:pPr>
        <w:ind w:firstLine="420"/>
      </w:pPr>
      <w:r>
        <w:rPr>
          <w:rFonts w:ascii="宋体" w:hAnsi="宋体" w:eastAsia="宋体"/>
          <w:sz w:val="22"/>
        </w:rPr>
        <w:t>1.2 该房屋基本情况：</w:t>
      </w:r>
    </w:p>
    <w:p>
      <w:pPr>
        <w:ind w:firstLine="420"/>
      </w:pPr>
      <w:r>
        <w:rPr>
          <w:rFonts w:ascii="宋体" w:hAnsi="宋体" w:eastAsia="宋体"/>
          <w:sz w:val="22"/>
        </w:rPr>
        <w:t xml:space="preserve">    □ 建筑面积：______ 平方米</w:t>
      </w:r>
    </w:p>
    <w:p>
      <w:pPr>
        <w:ind w:firstLine="420"/>
      </w:pPr>
      <w:r>
        <w:rPr>
          <w:rFonts w:ascii="宋体" w:hAnsi="宋体" w:eastAsia="宋体"/>
          <w:sz w:val="22"/>
        </w:rPr>
        <w:t xml:space="preserve">    □ 户型：______ 室 ______ 厅 ______ 卫</w:t>
      </w:r>
    </w:p>
    <w:p>
      <w:pPr>
        <w:ind w:firstLine="420"/>
      </w:pPr>
      <w:r>
        <w:rPr>
          <w:rFonts w:ascii="宋体" w:hAnsi="宋体" w:eastAsia="宋体"/>
          <w:sz w:val="22"/>
        </w:rPr>
        <w:t xml:space="preserve">    □ 所在楼层：第 ______ 层 / 共 ______ 层</w:t>
      </w:r>
    </w:p>
    <w:p>
      <w:pPr>
        <w:ind w:firstLine="420"/>
      </w:pPr>
      <w:r>
        <w:rPr>
          <w:rFonts w:ascii="宋体" w:hAnsi="宋体" w:eastAsia="宋体"/>
          <w:sz w:val="22"/>
        </w:rPr>
        <w:t>1.3 房屋附属设施：</w:t>
      </w:r>
    </w:p>
    <w:p>
      <w:pPr>
        <w:ind w:firstLine="420"/>
      </w:pPr>
      <w:r>
        <w:rPr>
          <w:rFonts w:ascii="宋体" w:hAnsi="宋体" w:eastAsia="宋体"/>
          <w:sz w:val="22"/>
        </w:rPr>
        <w:t xml:space="preserve">    □ 空调    □ 热水器    □ 洗衣机    □ 冰箱</w:t>
      </w:r>
    </w:p>
    <w:p>
      <w:pPr>
        <w:ind w:firstLine="420"/>
      </w:pPr>
      <w:r>
        <w:rPr>
          <w:rFonts w:ascii="宋体" w:hAnsi="宋体" w:eastAsia="宋体"/>
          <w:sz w:val="22"/>
        </w:rPr>
        <w:t xml:space="preserve">    □ 电视机  □ 厨房设备  □ 无线网络  □ 燃气灶</w:t>
      </w:r>
    </w:p>
    <w:p>
      <w:pPr>
        <w:ind w:firstLine="420"/>
      </w:pPr>
      <w:r>
        <w:rPr>
          <w:rFonts w:ascii="宋体" w:hAnsi="宋体" w:eastAsia="宋体"/>
          <w:sz w:val="22"/>
        </w:rPr>
        <w:t xml:space="preserve">    □ 其他：______________</w:t>
      </w:r>
    </w:p>
    <w:p>
      <w:r>
        <w:rPr>
          <w:rFonts w:ascii="黑体" w:hAnsi="黑体" w:eastAsia="黑体"/>
          <w:b/>
          <w:sz w:val="24"/>
        </w:rPr>
        <w:t>第二条  换住期限</w:t>
      </w:r>
    </w:p>
    <w:p>
      <w:pPr>
        <w:ind w:firstLine="420"/>
      </w:pPr>
      <w:r>
        <w:rPr>
          <w:rFonts w:ascii="宋体" w:hAnsi="宋体" w:eastAsia="宋体"/>
          <w:sz w:val="22"/>
        </w:rPr>
        <w:t>2.1 换住期限自 ______ 年 ______ 月 ______ 日起至 ______ 年 ______ 月 ______ 日止，共计 ______ 天。</w:t>
      </w:r>
    </w:p>
    <w:p>
      <w:pPr>
        <w:ind w:firstLine="420"/>
      </w:pPr>
      <w:r>
        <w:rPr>
          <w:rFonts w:ascii="宋体" w:hAnsi="宋体" w:eastAsia="宋体"/>
          <w:sz w:val="22"/>
        </w:rPr>
        <w:t>2.2 乙方应于期满当日 ______ 时前办理退房，如需续住需提前 ______ 天与甲方协商。</w:t>
      </w:r>
    </w:p>
    <w:p>
      <w:r>
        <w:rPr>
          <w:rFonts w:ascii="黑体" w:hAnsi="黑体" w:eastAsia="黑体"/>
          <w:b/>
          <w:sz w:val="24"/>
        </w:rPr>
        <w:t>第三条  费用约定</w:t>
      </w:r>
    </w:p>
    <w:p>
      <w:pPr>
        <w:ind w:firstLine="420"/>
      </w:pPr>
      <w:r>
        <w:rPr>
          <w:rFonts w:ascii="宋体" w:hAnsi="宋体" w:eastAsia="宋体"/>
          <w:sz w:val="22"/>
        </w:rPr>
        <w:t>3.1 【重要声明】本次换住为民事互助性质，甲方不向乙方收取房屋租金。双方确认本协议不构成房屋租赁合同关系，不属于商业经营活动。</w:t>
      </w:r>
    </w:p>
    <w:p>
      <w:pPr>
        <w:ind w:firstLine="420"/>
      </w:pPr>
      <w:r>
        <w:rPr>
          <w:rFonts w:ascii="宋体" w:hAnsi="宋体" w:eastAsia="宋体"/>
          <w:sz w:val="22"/>
        </w:rPr>
        <w:t>3.2 乙方需承担换住期间的实际使用费用：</w:t>
      </w:r>
    </w:p>
    <w:p>
      <w:pPr>
        <w:ind w:firstLine="420"/>
      </w:pPr>
      <w:r>
        <w:rPr>
          <w:rFonts w:ascii="宋体" w:hAnsi="宋体" w:eastAsia="宋体"/>
          <w:sz w:val="22"/>
        </w:rPr>
        <w:t xml:space="preserve">    □ 水费：按实际用量结算（单价 ______ 元/吨），退房时抄表结算</w:t>
      </w:r>
    </w:p>
    <w:p>
      <w:pPr>
        <w:ind w:firstLine="420"/>
      </w:pPr>
      <w:r>
        <w:rPr>
          <w:rFonts w:ascii="宋体" w:hAnsi="宋体" w:eastAsia="宋体"/>
          <w:sz w:val="22"/>
        </w:rPr>
        <w:t xml:space="preserve">    □ 电费：按实际用量结算（单价 ______ 元/度），退房时抄表结算</w:t>
      </w:r>
    </w:p>
    <w:p>
      <w:pPr>
        <w:ind w:firstLine="420"/>
      </w:pPr>
      <w:r>
        <w:rPr>
          <w:rFonts w:ascii="宋体" w:hAnsi="宋体" w:eastAsia="宋体"/>
          <w:sz w:val="22"/>
        </w:rPr>
        <w:t xml:space="preserve">    □ 燃气费：按实际用量结算（单价 ______ 元/立方米），退房时抄表结算</w:t>
      </w:r>
    </w:p>
    <w:p>
      <w:pPr>
        <w:ind w:firstLine="420"/>
      </w:pPr>
      <w:r>
        <w:rPr>
          <w:rFonts w:ascii="宋体" w:hAnsi="宋体" w:eastAsia="宋体"/>
          <w:sz w:val="22"/>
        </w:rPr>
        <w:t xml:space="preserve">    □ 卫生清洁费：______ 元（一次性，用于退房后基础保洁）</w:t>
      </w:r>
    </w:p>
    <w:p>
      <w:pPr>
        <w:ind w:firstLine="420"/>
      </w:pPr>
      <w:r>
        <w:rPr>
          <w:rFonts w:ascii="宋体" w:hAnsi="宋体" w:eastAsia="宋体"/>
          <w:sz w:val="22"/>
        </w:rPr>
        <w:t xml:space="preserve">    □ 物业费/网络费：已由甲方承担，不另向乙方收取</w:t>
      </w:r>
    </w:p>
    <w:p>
      <w:pPr>
        <w:ind w:firstLine="420"/>
      </w:pPr>
      <w:r>
        <w:rPr>
          <w:rFonts w:ascii="宋体" w:hAnsi="宋体" w:eastAsia="宋体"/>
          <w:sz w:val="22"/>
        </w:rPr>
        <w:t>3.3 费用支付方式：乙方于入住前通过 □ 微信转账 / □ 银行转账 将费用支付至甲方指定账户。</w:t>
      </w:r>
    </w:p>
    <w:p>
      <w:r>
        <w:rPr>
          <w:rFonts w:ascii="黑体" w:hAnsi="黑体" w:eastAsia="黑体"/>
          <w:b/>
          <w:sz w:val="24"/>
        </w:rPr>
        <w:t>第四条  押金</w:t>
      </w:r>
    </w:p>
    <w:p>
      <w:pPr>
        <w:ind w:firstLine="420"/>
      </w:pPr>
      <w:r>
        <w:rPr>
          <w:rFonts w:ascii="宋体" w:hAnsi="宋体" w:eastAsia="宋体"/>
          <w:sz w:val="22"/>
        </w:rPr>
        <w:t>4.1 乙方应于入住前向甲方支付押金人民币 ______ 元。</w:t>
      </w:r>
    </w:p>
    <w:p>
      <w:pPr>
        <w:ind w:firstLine="420"/>
      </w:pPr>
      <w:r>
        <w:rPr>
          <w:rFonts w:ascii="宋体" w:hAnsi="宋体" w:eastAsia="宋体"/>
          <w:sz w:val="22"/>
        </w:rPr>
        <w:t>4.2 退房时经甲方验收确认房屋及设施完好、无物品遗失后，押金于 ______ 个工作日内全额退还。</w:t>
      </w:r>
    </w:p>
    <w:p>
      <w:pPr>
        <w:ind w:firstLine="420"/>
      </w:pPr>
      <w:r>
        <w:rPr>
          <w:rFonts w:ascii="宋体" w:hAnsi="宋体" w:eastAsia="宋体"/>
          <w:sz w:val="22"/>
        </w:rPr>
        <w:t>4.3 如有物品损坏或遗失，甲方有权从押金中据实扣除维修或重置费用，需提供相应票据或价格凭证，剩余部分退还乙方；不足部分乙方应另行补齐。</w:t>
      </w:r>
    </w:p>
    <w:p>
      <w:r>
        <w:rPr>
          <w:rFonts w:ascii="黑体" w:hAnsi="黑体" w:eastAsia="黑体"/>
          <w:b/>
          <w:sz w:val="24"/>
        </w:rPr>
        <w:t>第五条  乙方义务与禁止行为</w:t>
      </w:r>
    </w:p>
    <w:p>
      <w:pPr>
        <w:ind w:firstLine="420"/>
      </w:pPr>
      <w:r>
        <w:rPr>
          <w:rFonts w:ascii="宋体" w:hAnsi="宋体" w:eastAsia="宋体"/>
          <w:sz w:val="22"/>
        </w:rPr>
        <w:t>5.1 乙方承诺该房屋仅用于本人及同行人员日常居住，不得用于任何商业经营活动（包括但不限于转租、转借、开办民宿、聚会收费等）。</w:t>
      </w:r>
    </w:p>
    <w:p>
      <w:pPr>
        <w:ind w:firstLine="420"/>
      </w:pPr>
      <w:r>
        <w:rPr>
          <w:rFonts w:ascii="宋体" w:hAnsi="宋体" w:eastAsia="宋体"/>
          <w:sz w:val="22"/>
        </w:rPr>
        <w:t>5.2 乙方入住期间禁止以下行为：</w:t>
      </w:r>
    </w:p>
    <w:p>
      <w:pPr>
        <w:ind w:firstLine="420"/>
      </w:pPr>
      <w:r>
        <w:rPr>
          <w:rFonts w:ascii="宋体" w:hAnsi="宋体" w:eastAsia="宋体"/>
          <w:sz w:val="22"/>
        </w:rPr>
        <w:t xml:space="preserve">    □ 在室内吸烟</w:t>
      </w:r>
    </w:p>
    <w:p>
      <w:pPr>
        <w:ind w:firstLine="420"/>
      </w:pPr>
      <w:r>
        <w:rPr>
          <w:rFonts w:ascii="宋体" w:hAnsi="宋体" w:eastAsia="宋体"/>
          <w:sz w:val="22"/>
        </w:rPr>
        <w:t xml:space="preserve">    □ 携带宠物入住</w:t>
      </w:r>
    </w:p>
    <w:p>
      <w:pPr>
        <w:ind w:firstLine="420"/>
      </w:pPr>
      <w:r>
        <w:rPr>
          <w:rFonts w:ascii="宋体" w:hAnsi="宋体" w:eastAsia="宋体"/>
          <w:sz w:val="22"/>
        </w:rPr>
        <w:t xml:space="preserve">    □ 举办聚会、派对等聚集性活动</w:t>
      </w:r>
    </w:p>
    <w:p>
      <w:pPr>
        <w:ind w:firstLine="420"/>
      </w:pPr>
      <w:r>
        <w:rPr>
          <w:rFonts w:ascii="宋体" w:hAnsi="宋体" w:eastAsia="宋体"/>
          <w:sz w:val="22"/>
        </w:rPr>
        <w:t xml:space="preserve">    □ 擅自留宿超出约定人数的其他人员（约定最多入住 ______ 人）</w:t>
      </w:r>
    </w:p>
    <w:p>
      <w:pPr>
        <w:ind w:firstLine="420"/>
      </w:pPr>
      <w:r>
        <w:rPr>
          <w:rFonts w:ascii="宋体" w:hAnsi="宋体" w:eastAsia="宋体"/>
          <w:sz w:val="22"/>
        </w:rPr>
        <w:t xml:space="preserve">    □ 改动房屋结构、装修或擅自增设设施</w:t>
      </w:r>
    </w:p>
    <w:p>
      <w:pPr>
        <w:ind w:firstLine="420"/>
      </w:pPr>
      <w:r>
        <w:rPr>
          <w:rFonts w:ascii="宋体" w:hAnsi="宋体" w:eastAsia="宋体"/>
          <w:sz w:val="22"/>
        </w:rPr>
        <w:t xml:space="preserve">    □ 从事任何违法违规活动</w:t>
      </w:r>
    </w:p>
    <w:p>
      <w:pPr>
        <w:ind w:firstLine="420"/>
      </w:pPr>
      <w:r>
        <w:rPr>
          <w:rFonts w:ascii="宋体" w:hAnsi="宋体" w:eastAsia="宋体"/>
          <w:sz w:val="22"/>
        </w:rPr>
        <w:t>5.3 乙方应爱护房屋及附属设施，发现设施故障或损坏应及时通知甲方，不得擅自拆卸或维修。</w:t>
      </w:r>
    </w:p>
    <w:p>
      <w:pPr>
        <w:ind w:firstLine="420"/>
      </w:pPr>
      <w:r>
        <w:rPr>
          <w:rFonts w:ascii="宋体" w:hAnsi="宋体" w:eastAsia="宋体"/>
          <w:sz w:val="22"/>
        </w:rPr>
        <w:t>5.4 乙方退房时应将房屋恢复至入住时基本状态，带走个人物品及生活垃圾。</w:t>
      </w:r>
    </w:p>
    <w:p>
      <w:r>
        <w:rPr>
          <w:rFonts w:ascii="黑体" w:hAnsi="黑体" w:eastAsia="黑体"/>
          <w:b/>
          <w:sz w:val="24"/>
        </w:rPr>
        <w:t>第六条  安全责任与免责条款</w:t>
      </w:r>
    </w:p>
    <w:p>
      <w:pPr>
        <w:ind w:firstLine="420"/>
      </w:pPr>
      <w:r>
        <w:rPr>
          <w:rFonts w:ascii="宋体" w:hAnsi="宋体" w:eastAsia="宋体"/>
          <w:sz w:val="22"/>
        </w:rPr>
        <w:t>6.1 【人身安全免责】乙方及同行人员在换住期间因自身原因（包括但不限于滑倒、摔伤、烫伤、触电、电器使用不当、上下楼梯等）造成的人身伤害，由乙方自行承担责任，甲方不承担任何赔偿义务。</w:t>
      </w:r>
    </w:p>
    <w:p>
      <w:pPr>
        <w:ind w:firstLine="420"/>
      </w:pPr>
      <w:r>
        <w:rPr>
          <w:rFonts w:ascii="宋体" w:hAnsi="宋体" w:eastAsia="宋体"/>
          <w:sz w:val="22"/>
        </w:rPr>
        <w:t>6.2 【财产损失免责】乙方入住期间的个人财物（包括但不限于现金、首饰、电子设备、证件等）由乙方自行妥善保管，甲方不对遗失、被盗、损坏承担任何赔偿责任。</w:t>
      </w:r>
    </w:p>
    <w:p>
      <w:pPr>
        <w:ind w:firstLine="420"/>
      </w:pPr>
      <w:r>
        <w:rPr>
          <w:rFonts w:ascii="宋体" w:hAnsi="宋体" w:eastAsia="宋体"/>
          <w:sz w:val="22"/>
        </w:rPr>
        <w:t>6.3 【第三方责任】因乙方及同行人员的原因造成邻居、物业或其他第三方人身伤害及财产损失的，由乙方独立承担全部赔偿及法律责任。</w:t>
      </w:r>
    </w:p>
    <w:p>
      <w:pPr>
        <w:ind w:firstLine="420"/>
      </w:pPr>
      <w:r>
        <w:rPr>
          <w:rFonts w:ascii="宋体" w:hAnsi="宋体" w:eastAsia="宋体"/>
          <w:sz w:val="22"/>
        </w:rPr>
        <w:t>6.4 【不可抗力】因自然灾害（地震、暴雨、洪水、雷击等）、火灾（非乙方原因引起）、政府行为等不可抗力造成的损失，甲乙双方互不承担赔偿责任。</w:t>
      </w:r>
    </w:p>
    <w:p>
      <w:pPr>
        <w:ind w:firstLine="420"/>
      </w:pPr>
      <w:r>
        <w:rPr>
          <w:rFonts w:ascii="宋体" w:hAnsi="宋体" w:eastAsia="宋体"/>
          <w:sz w:val="22"/>
        </w:rPr>
        <w:t>6.5 【建议投保】甲方郑重建议乙方在入住前自行购买短期个人意外保险及个人财产保险，以覆盖换住期间的人身和财产安全风险。乙方未投保的，视为自愿承担相应风险。</w:t>
      </w:r>
    </w:p>
    <w:p>
      <w:r>
        <w:rPr>
          <w:rFonts w:ascii="黑体" w:hAnsi="黑体" w:eastAsia="黑体"/>
          <w:b/>
          <w:sz w:val="24"/>
        </w:rPr>
        <w:t>第七条  房屋交接（远程方式）</w:t>
      </w:r>
    </w:p>
    <w:p>
      <w:pPr>
        <w:ind w:firstLine="420"/>
      </w:pPr>
      <w:r>
        <w:rPr>
          <w:rFonts w:ascii="宋体" w:hAnsi="宋体" w:eastAsia="宋体"/>
          <w:sz w:val="22"/>
        </w:rPr>
        <w:t>7.1 因双方无法线下见面，房屋交接通过以下远程方式完成：</w:t>
      </w:r>
    </w:p>
    <w:p>
      <w:pPr>
        <w:ind w:firstLine="420"/>
      </w:pPr>
      <w:r>
        <w:rPr>
          <w:rFonts w:ascii="宋体" w:hAnsi="宋体" w:eastAsia="宋体"/>
          <w:sz w:val="22"/>
        </w:rPr>
        <w:t>7.2 【入住交接】甲方于乙方入住前通过微信发送房屋各区域（客厅、卧室、厨房、卫生间、阳台等）的现状视频及照片；乙方收到后确认无误并回复"确认"即视为完成房屋交接。</w:t>
      </w:r>
    </w:p>
    <w:p>
      <w:pPr>
        <w:ind w:firstLine="420"/>
      </w:pPr>
      <w:r>
        <w:rPr>
          <w:rFonts w:ascii="宋体" w:hAnsi="宋体" w:eastAsia="宋体"/>
          <w:sz w:val="22"/>
        </w:rPr>
        <w:t>7.3 【退房交接】乙方退房时拍摄房屋各区域照片/视频发送甲方，甲方验收确认后办理押金退还。</w:t>
      </w:r>
    </w:p>
    <w:p>
      <w:pPr>
        <w:ind w:firstLine="420"/>
      </w:pPr>
      <w:r>
        <w:rPr>
          <w:rFonts w:ascii="宋体" w:hAnsi="宋体" w:eastAsia="宋体"/>
          <w:sz w:val="22"/>
        </w:rPr>
        <w:t>7.4 甲方特别列明的贵重物品清单（如有）：______________。</w:t>
      </w:r>
    </w:p>
    <w:p>
      <w:pPr>
        <w:ind w:firstLine="420"/>
      </w:pPr>
      <w:r>
        <w:rPr>
          <w:rFonts w:ascii="宋体" w:hAnsi="宋体" w:eastAsia="宋体"/>
          <w:sz w:val="22"/>
        </w:rPr>
        <w:t>7.5 房屋交接相关的微信聊天记录、照片、视频，双方确认可作为本协议的有效补充证据。</w:t>
      </w:r>
    </w:p>
    <w:p>
      <w:r>
        <w:rPr>
          <w:rFonts w:ascii="黑体" w:hAnsi="黑体" w:eastAsia="黑体"/>
          <w:b/>
          <w:sz w:val="24"/>
        </w:rPr>
        <w:t>第八条  违约责任</w:t>
      </w:r>
    </w:p>
    <w:p>
      <w:pPr>
        <w:ind w:firstLine="420"/>
      </w:pPr>
      <w:r>
        <w:rPr>
          <w:rFonts w:ascii="宋体" w:hAnsi="宋体" w:eastAsia="宋体"/>
          <w:sz w:val="22"/>
        </w:rPr>
        <w:t>8.1 乙方违反本协议第五条约定的，甲方有权立即终止换住并要求乙方搬离，押金不予退还，并保留进一步追偿的权利。</w:t>
      </w:r>
    </w:p>
    <w:p>
      <w:pPr>
        <w:ind w:firstLine="420"/>
      </w:pPr>
      <w:r>
        <w:rPr>
          <w:rFonts w:ascii="宋体" w:hAnsi="宋体" w:eastAsia="宋体"/>
          <w:sz w:val="22"/>
        </w:rPr>
        <w:t>8.2 乙方提前退房的，应至少提前 ______ 天通知甲方；已产生的费用按实际天数结算，未产生的费用按比例退还。</w:t>
      </w:r>
    </w:p>
    <w:p>
      <w:pPr>
        <w:ind w:firstLine="420"/>
      </w:pPr>
      <w:r>
        <w:rPr>
          <w:rFonts w:ascii="宋体" w:hAnsi="宋体" w:eastAsia="宋体"/>
          <w:sz w:val="22"/>
        </w:rPr>
        <w:t>8.3 甲方无故要求乙方提前退房的，应退还剩余天数对应费用，并赔偿乙方因此产生的实际损失（如交通改签费等）。</w:t>
      </w:r>
    </w:p>
    <w:p>
      <w:r>
        <w:rPr>
          <w:rFonts w:ascii="黑体" w:hAnsi="黑体" w:eastAsia="黑体"/>
          <w:b/>
          <w:sz w:val="24"/>
        </w:rPr>
        <w:t>第九条  争议解决</w:t>
      </w:r>
    </w:p>
    <w:p>
      <w:pPr>
        <w:ind w:firstLine="420"/>
      </w:pPr>
      <w:r>
        <w:rPr>
          <w:rFonts w:ascii="宋体" w:hAnsi="宋体" w:eastAsia="宋体"/>
          <w:sz w:val="22"/>
        </w:rPr>
        <w:t>9.1 本协议履行过程中发生争议的，双方应首先友好协商解决。</w:t>
      </w:r>
    </w:p>
    <w:p>
      <w:pPr>
        <w:ind w:firstLine="420"/>
      </w:pPr>
      <w:r>
        <w:rPr>
          <w:rFonts w:ascii="宋体" w:hAnsi="宋体" w:eastAsia="宋体"/>
          <w:sz w:val="22"/>
        </w:rPr>
        <w:t>9.2 协商不成的，任何一方均可向该房屋所在地有管辖权的人民法院提起诉讼。</w:t>
      </w:r>
    </w:p>
    <w:p>
      <w:r>
        <w:rPr>
          <w:rFonts w:ascii="黑体" w:hAnsi="黑体" w:eastAsia="黑体"/>
          <w:b/>
          <w:sz w:val="24"/>
        </w:rPr>
        <w:t>第十条  附则</w:t>
      </w:r>
    </w:p>
    <w:p>
      <w:pPr>
        <w:ind w:firstLine="420"/>
      </w:pPr>
      <w:r>
        <w:rPr>
          <w:rFonts w:ascii="宋体" w:hAnsi="宋体" w:eastAsia="宋体"/>
          <w:sz w:val="22"/>
        </w:rPr>
        <w:t>10.1 本协议通过腾讯电子签在线签署，双方电子签名依据《中华人民共和国电子签名法》具有与手写签名同等的法律效力。</w:t>
      </w:r>
    </w:p>
    <w:p>
      <w:pPr>
        <w:ind w:firstLine="420"/>
      </w:pPr>
      <w:r>
        <w:rPr>
          <w:rFonts w:ascii="宋体" w:hAnsi="宋体" w:eastAsia="宋体"/>
          <w:sz w:val="22"/>
        </w:rPr>
        <w:t>10.2 本协议一式两份，甲乙双方各执一份电子版，具有同等法律效力。</w:t>
      </w:r>
    </w:p>
    <w:p>
      <w:pPr>
        <w:ind w:firstLine="420"/>
      </w:pPr>
      <w:r>
        <w:rPr>
          <w:rFonts w:ascii="宋体" w:hAnsi="宋体" w:eastAsia="宋体"/>
          <w:sz w:val="22"/>
        </w:rPr>
        <w:t>10.3 本协议未尽事宜，双方可通过微信协商补充，补充内容经双方确认后作为本协议附件，与本协议具有同等效力。</w:t>
      </w:r>
    </w:p>
    <w:p>
      <w:pPr>
        <w:ind w:firstLine="420"/>
      </w:pPr>
      <w:r>
        <w:rPr>
          <w:rFonts w:ascii="宋体" w:hAnsi="宋体" w:eastAsia="宋体"/>
          <w:sz w:val="22"/>
        </w:rPr>
        <w:t>10.4 乙方确认已仔细阅读并充分理解本协议全部条款，特别是第六条安全责任与免责条款，自愿签署本协议。</w:t>
      </w:r>
    </w:p>
    <w:p/>
    <w:p>
      <w:r>
        <w:rPr>
          <w:rFonts w:ascii="宋体" w:hAnsi="宋体" w:eastAsia="宋体"/>
          <w:color w:val="808080"/>
          <w:sz w:val="20"/>
        </w:rPr>
        <w:t>—— 以下无正文，为签署区 ——</w:t>
      </w:r>
    </w:p>
    <w:p/>
    <w:p>
      <w:pPr>
        <w:spacing w:line="480" w:lineRule="auto"/>
      </w:pPr>
      <w:r>
        <w:rPr>
          <w:rFonts w:ascii="宋体" w:hAnsi="宋体" w:eastAsia="宋体"/>
          <w:sz w:val="22"/>
        </w:rPr>
        <w:t>甲方（签字）：________________        日期：______ 年 ______ 月 ______ 日</w:t>
      </w:r>
    </w:p>
    <w:p/>
    <w:p>
      <w:pPr>
        <w:spacing w:line="480" w:lineRule="auto"/>
      </w:pPr>
      <w:r>
        <w:rPr>
          <w:rFonts w:ascii="宋体" w:hAnsi="宋体" w:eastAsia="宋体"/>
          <w:sz w:val="22"/>
        </w:rPr>
        <w:t>乙方（签字）：________________        日期：______ 年 ______ 月 ______ 日</w:t>
      </w:r>
    </w:p>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