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815" w:rsidRDefault="00601CDB">
      <w:pPr>
        <w:spacing w:after="160"/>
        <w:jc w:val="center"/>
        <w:rPr>
          <w:lang w:eastAsia="zh-CN"/>
        </w:rPr>
      </w:pPr>
      <w:r>
        <w:rPr>
          <w:rFonts w:ascii="黑体" w:eastAsia="黑体" w:hAnsi="黑体"/>
          <w:b/>
          <w:color w:val="1A1A1A"/>
          <w:sz w:val="40"/>
          <w:lang w:eastAsia="zh-CN"/>
        </w:rPr>
        <w:t>换</w:t>
      </w:r>
      <w:proofErr w:type="gramStart"/>
      <w:r>
        <w:rPr>
          <w:rFonts w:ascii="黑体" w:eastAsia="黑体" w:hAnsi="黑体"/>
          <w:b/>
          <w:color w:val="1A1A1A"/>
          <w:sz w:val="40"/>
          <w:lang w:eastAsia="zh-CN"/>
        </w:rPr>
        <w:t>住承诺</w:t>
      </w:r>
      <w:proofErr w:type="gramEnd"/>
      <w:r>
        <w:rPr>
          <w:rFonts w:ascii="黑体" w:eastAsia="黑体" w:hAnsi="黑体"/>
          <w:b/>
          <w:color w:val="1A1A1A"/>
          <w:sz w:val="40"/>
          <w:lang w:eastAsia="zh-CN"/>
        </w:rPr>
        <w:t>书</w:t>
      </w:r>
    </w:p>
    <w:p w:rsidR="00467815" w:rsidRDefault="00601CDB">
      <w:pPr>
        <w:spacing w:after="320"/>
        <w:jc w:val="center"/>
        <w:rPr>
          <w:lang w:eastAsia="zh-CN"/>
        </w:rPr>
      </w:pPr>
      <w:r>
        <w:rPr>
          <w:rFonts w:ascii="楷体" w:eastAsia="楷体" w:hAnsi="楷体"/>
          <w:color w:val="999999"/>
          <w:sz w:val="22"/>
          <w:lang w:eastAsia="zh-CN"/>
        </w:rPr>
        <w:t>（线上确认版</w:t>
      </w:r>
      <w:r>
        <w:rPr>
          <w:rFonts w:ascii="楷体" w:eastAsia="楷体" w:hAnsi="楷体"/>
          <w:color w:val="999999"/>
          <w:sz w:val="22"/>
          <w:lang w:eastAsia="zh-CN"/>
        </w:rPr>
        <w:t xml:space="preserve">  V1.0  </w:t>
      </w:r>
      <w:r>
        <w:rPr>
          <w:rFonts w:ascii="楷体" w:eastAsia="楷体" w:hAnsi="楷体"/>
          <w:color w:val="999999"/>
          <w:sz w:val="22"/>
          <w:lang w:eastAsia="zh-CN"/>
        </w:rPr>
        <w:t>生效日期：</w:t>
      </w:r>
      <w:r>
        <w:rPr>
          <w:rFonts w:ascii="楷体" w:eastAsia="楷体" w:hAnsi="楷体"/>
          <w:color w:val="999999"/>
          <w:sz w:val="22"/>
          <w:lang w:eastAsia="zh-CN"/>
        </w:rPr>
        <w:t>2026</w:t>
      </w:r>
      <w:r>
        <w:rPr>
          <w:rFonts w:ascii="楷体" w:eastAsia="楷体" w:hAnsi="楷体"/>
          <w:color w:val="999999"/>
          <w:sz w:val="22"/>
          <w:lang w:eastAsia="zh-CN"/>
        </w:rPr>
        <w:t>年</w:t>
      </w:r>
      <w:r>
        <w:rPr>
          <w:rFonts w:ascii="楷体" w:eastAsia="楷体" w:hAnsi="楷体"/>
          <w:color w:val="999999"/>
          <w:sz w:val="22"/>
          <w:lang w:eastAsia="zh-CN"/>
        </w:rPr>
        <w:t>8</w:t>
      </w:r>
      <w:r>
        <w:rPr>
          <w:rFonts w:ascii="楷体" w:eastAsia="楷体" w:hAnsi="楷体"/>
          <w:color w:val="999999"/>
          <w:sz w:val="22"/>
          <w:lang w:eastAsia="zh-CN"/>
        </w:rPr>
        <w:t>月）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本人（即换住入住人，下称</w:t>
      </w:r>
      <w:r>
        <w:rPr>
          <w:lang w:eastAsia="zh-CN"/>
        </w:rPr>
        <w:t>"</w:t>
      </w:r>
      <w:r>
        <w:rPr>
          <w:lang w:eastAsia="zh-CN"/>
        </w:rPr>
        <w:t>本人</w:t>
      </w:r>
      <w:r>
        <w:rPr>
          <w:lang w:eastAsia="zh-CN"/>
        </w:rPr>
        <w:t>"</w:t>
      </w:r>
      <w:r>
        <w:rPr>
          <w:lang w:eastAsia="zh-CN"/>
        </w:rPr>
        <w:t>）就通过</w:t>
      </w:r>
      <w:r>
        <w:rPr>
          <w:lang w:eastAsia="zh-CN"/>
        </w:rPr>
        <w:t>"</w:t>
      </w:r>
      <w:r>
        <w:rPr>
          <w:lang w:eastAsia="zh-CN"/>
        </w:rPr>
        <w:t>住趣多</w:t>
      </w:r>
      <w:r>
        <w:rPr>
          <w:lang w:eastAsia="zh-CN"/>
        </w:rPr>
        <w:t>"</w:t>
      </w:r>
      <w:r>
        <w:rPr>
          <w:lang w:eastAsia="zh-CN"/>
        </w:rPr>
        <w:t>平台进行换住服务，就保险、身体健康状况、房屋使用规范、各项安全责任及免责事项，向广东富泰科技创新有限公司及其关联公司</w:t>
      </w:r>
      <w:bookmarkStart w:id="0" w:name="_GoBack"/>
      <w:bookmarkEnd w:id="0"/>
      <w:r>
        <w:rPr>
          <w:lang w:eastAsia="zh-CN"/>
        </w:rPr>
        <w:t>（下称</w:t>
      </w:r>
      <w:r>
        <w:rPr>
          <w:lang w:eastAsia="zh-CN"/>
        </w:rPr>
        <w:t>"</w:t>
      </w:r>
      <w:r>
        <w:rPr>
          <w:lang w:eastAsia="zh-CN"/>
        </w:rPr>
        <w:t>住趣多</w:t>
      </w:r>
      <w:r>
        <w:rPr>
          <w:lang w:eastAsia="zh-CN"/>
        </w:rPr>
        <w:t>"</w:t>
      </w:r>
      <w:r>
        <w:rPr>
          <w:lang w:eastAsia="zh-CN"/>
        </w:rPr>
        <w:t>）及被换住方作出以下确认与承诺：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同行人员确认：本人承诺在入住时如实登记全部同行人员信息（姓名、身份证号、与本人关系），未经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及被</w:t>
      </w:r>
      <w:proofErr w:type="gramStart"/>
      <w:r>
        <w:rPr>
          <w:lang w:eastAsia="zh-CN"/>
        </w:rPr>
        <w:t>换住方同意</w:t>
      </w:r>
      <w:proofErr w:type="gramEnd"/>
      <w:r>
        <w:rPr>
          <w:lang w:eastAsia="zh-CN"/>
        </w:rPr>
        <w:t>，不得擅自增加或变更同行人员。本人对所有同行人员的行为、安全及由此产生的全部后果承担连带责任（详见第三条）。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一、保险承诺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本人承诺在换住入住前，为本人及全部同行人员自行购买短期个人意外保险及个人财产保险，以覆盖换住期间的人身和财产安全风险。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如本人未购买上述保险的，视为本人及同行人员自愿承担全部意外风险，因此产生的一切后果由本人自行承担。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本人及同行人员在换</w:t>
      </w:r>
      <w:proofErr w:type="gramStart"/>
      <w:r>
        <w:rPr>
          <w:lang w:eastAsia="zh-CN"/>
        </w:rPr>
        <w:t>住过程</w:t>
      </w:r>
      <w:proofErr w:type="gramEnd"/>
      <w:r>
        <w:rPr>
          <w:lang w:eastAsia="zh-CN"/>
        </w:rPr>
        <w:t>中因意外造成的伤亡事故，由本人或本人的继承人依法向保险公司申请理赔。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二、健康状况承诺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本人承诺如实告知自身及全部同行人员的健康状况，确认本人及同行人员均无可能威胁自身生命或引起严重后果的疾病（包括但不限于癫痫、精神病、间歇性精神病、严重心脏病、严重高血压、严重气喘病</w:t>
      </w:r>
      <w:r>
        <w:rPr>
          <w:lang w:eastAsia="zh-CN"/>
        </w:rPr>
        <w:t>、严重糖尿病以及老年痴呆等疾病），不隐瞒任何可能影响换</w:t>
      </w:r>
      <w:proofErr w:type="gramStart"/>
      <w:r>
        <w:rPr>
          <w:lang w:eastAsia="zh-CN"/>
        </w:rPr>
        <w:t>住安全</w:t>
      </w:r>
      <w:proofErr w:type="gramEnd"/>
      <w:r>
        <w:rPr>
          <w:lang w:eastAsia="zh-CN"/>
        </w:rPr>
        <w:t>的健康问题。如未如实告知或隐瞒真实健康状况，由此引发的一切后果，由本人及本人家属自行承担全部责任及费用；如因此给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或被</w:t>
      </w:r>
      <w:proofErr w:type="gramStart"/>
      <w:r>
        <w:rPr>
          <w:lang w:eastAsia="zh-CN"/>
        </w:rPr>
        <w:t>换住方造成</w:t>
      </w:r>
      <w:proofErr w:type="gramEnd"/>
      <w:r>
        <w:rPr>
          <w:lang w:eastAsia="zh-CN"/>
        </w:rPr>
        <w:t>损失，本人及家属承担赔偿责任。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本人及同行人员在换</w:t>
      </w:r>
      <w:proofErr w:type="gramStart"/>
      <w:r>
        <w:rPr>
          <w:lang w:eastAsia="zh-CN"/>
        </w:rPr>
        <w:t>住过程</w:t>
      </w:r>
      <w:proofErr w:type="gramEnd"/>
      <w:r>
        <w:rPr>
          <w:lang w:eastAsia="zh-CN"/>
        </w:rPr>
        <w:t>中因个人疾病、健康状况、故意或重大过失造成的伤亡事故，因此产生的医疗费用及相关各项费用均由本人自行承担。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lastRenderedPageBreak/>
        <w:t>三、同行人员责任承诺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本人作为同行人员的换住预订人及成年人代表，特此</w:t>
      </w:r>
      <w:proofErr w:type="gramStart"/>
      <w:r>
        <w:rPr>
          <w:lang w:eastAsia="zh-CN"/>
        </w:rPr>
        <w:t>作出</w:t>
      </w:r>
      <w:proofErr w:type="gramEnd"/>
      <w:r>
        <w:rPr>
          <w:lang w:eastAsia="zh-CN"/>
        </w:rPr>
        <w:t>以下承诺：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（一）本人承诺已将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书全部内容如实告知所有同行人员，并确保同行人员知悉</w:t>
      </w:r>
      <w:r>
        <w:rPr>
          <w:lang w:eastAsia="zh-CN"/>
        </w:rPr>
        <w:t>、理解并遵守</w:t>
      </w:r>
      <w:proofErr w:type="gramStart"/>
      <w:r>
        <w:rPr>
          <w:lang w:eastAsia="zh-CN"/>
        </w:rPr>
        <w:t>本承诺书各项</w:t>
      </w:r>
      <w:proofErr w:type="gramEnd"/>
      <w:r>
        <w:rPr>
          <w:lang w:eastAsia="zh-CN"/>
        </w:rPr>
        <w:t>规定；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（二）同行人员在换住期间的一切行为（包括但不限于人身伤害、财产损失、违规行为、违法行为等），视为本人行为，由本人承担全部责任；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（三）如同行人员为未成年人，本人承诺系其法定监护人（或经法定监护人书面授权），对未成年人在换住期间的一切行为及安全承担全部监护责任；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（四）如同行人员在换住期间发生意外伤害、疾病发作或其他突发事件，本人承诺第一时间采取救助措施并及时</w:t>
      </w:r>
      <w:proofErr w:type="gramStart"/>
      <w:r>
        <w:rPr>
          <w:lang w:eastAsia="zh-CN"/>
        </w:rPr>
        <w:t>通知住趣多</w:t>
      </w:r>
      <w:proofErr w:type="gramEnd"/>
      <w:r>
        <w:rPr>
          <w:lang w:eastAsia="zh-CN"/>
        </w:rPr>
        <w:t>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四、房屋使用承诺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本人承诺该房屋仅用于本人及同行人员日常居住，不得用于任何商业经营活动（包括但不限于转租、</w:t>
      </w:r>
      <w:r>
        <w:rPr>
          <w:lang w:eastAsia="zh-CN"/>
        </w:rPr>
        <w:t>转借、开办民宿、聚会收费等）。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本人承诺在换住期间不从事以下行为，若发生以下行为，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及被</w:t>
      </w:r>
      <w:proofErr w:type="gramStart"/>
      <w:r>
        <w:rPr>
          <w:lang w:eastAsia="zh-CN"/>
        </w:rPr>
        <w:t>换住方有权</w:t>
      </w:r>
      <w:proofErr w:type="gramEnd"/>
      <w:r>
        <w:rPr>
          <w:lang w:eastAsia="zh-CN"/>
        </w:rPr>
        <w:t>立即终止换住服务，本人须赔偿由此给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或被</w:t>
      </w:r>
      <w:proofErr w:type="gramStart"/>
      <w:r>
        <w:rPr>
          <w:lang w:eastAsia="zh-CN"/>
        </w:rPr>
        <w:t>换住方造成</w:t>
      </w:r>
      <w:proofErr w:type="gramEnd"/>
      <w:r>
        <w:rPr>
          <w:lang w:eastAsia="zh-CN"/>
        </w:rPr>
        <w:t>的全部损失，一切法律后果由本人自行承担：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（一）未经许可携带宠物入住；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（二）举办聚会、派对等聚集性活动；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（三）擅自留宿超出约定人员之外的其他人员；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（四）改动房屋结构、装修或擅自增设设施；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（五）墙壁涂画，家具、家电、床上用品等破坏、损害行为；</w:t>
      </w:r>
    </w:p>
    <w:p w:rsidR="00467815" w:rsidRDefault="00601CDB">
      <w:pPr>
        <w:spacing w:after="60"/>
        <w:ind w:left="850"/>
        <w:rPr>
          <w:lang w:eastAsia="zh-CN"/>
        </w:rPr>
      </w:pPr>
      <w:r>
        <w:rPr>
          <w:lang w:eastAsia="zh-CN"/>
        </w:rPr>
        <w:t>（六）从事任何违法违规活动。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本人承诺爱护房屋及附属设施，发现设施故障或损坏应及时</w:t>
      </w:r>
      <w:proofErr w:type="gramStart"/>
      <w:r>
        <w:rPr>
          <w:lang w:eastAsia="zh-CN"/>
        </w:rPr>
        <w:t>通知住趣多</w:t>
      </w:r>
      <w:proofErr w:type="gramEnd"/>
      <w:r>
        <w:rPr>
          <w:lang w:eastAsia="zh-CN"/>
        </w:rPr>
        <w:t>或被换住方，不得擅自拆卸或维修。如因本人或同行人员原因造成房屋及设施损坏的，由本人承担全部赔偿责任。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lastRenderedPageBreak/>
        <w:t>本人承诺退房时将房屋恢复至入住时基本状态，带走全部个人物品及生活垃圾。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五、安全责任承诺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本人承诺安全用气、用电、用火、用水，并督促同行人员遵守上述安全规范。如因本人或同行人员原因造成被</w:t>
      </w:r>
      <w:proofErr w:type="gramStart"/>
      <w:r>
        <w:rPr>
          <w:lang w:eastAsia="zh-CN"/>
        </w:rPr>
        <w:t>换住方房屋</w:t>
      </w:r>
      <w:proofErr w:type="gramEnd"/>
      <w:r>
        <w:rPr>
          <w:lang w:eastAsia="zh-CN"/>
        </w:rPr>
        <w:t>经济损失的，本人承担全部责任及费用。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六、免责条款</w:t>
      </w:r>
    </w:p>
    <w:p w:rsidR="00467815" w:rsidRDefault="00601CDB">
      <w:pPr>
        <w:spacing w:before="160" w:after="160"/>
        <w:ind w:left="283" w:right="283"/>
        <w:rPr>
          <w:lang w:eastAsia="zh-CN"/>
        </w:rPr>
      </w:pPr>
      <w:r>
        <w:rPr>
          <w:rFonts w:ascii="楷体" w:eastAsia="楷体" w:hAnsi="楷体"/>
          <w:b/>
          <w:color w:val="CC0000"/>
          <w:sz w:val="22"/>
          <w:lang w:eastAsia="zh-CN"/>
        </w:rPr>
        <w:t>【特别提示】以下免责条款涉及您的重要权益，请逐条仔细阅读并确认。</w:t>
      </w:r>
      <w:proofErr w:type="gramStart"/>
      <w:r>
        <w:rPr>
          <w:rFonts w:ascii="楷体" w:eastAsia="楷体" w:hAnsi="楷体"/>
          <w:b/>
          <w:color w:val="CC0000"/>
          <w:sz w:val="22"/>
          <w:lang w:eastAsia="zh-CN"/>
        </w:rPr>
        <w:t>您勾选确认</w:t>
      </w:r>
      <w:proofErr w:type="gramEnd"/>
      <w:r>
        <w:rPr>
          <w:rFonts w:ascii="楷体" w:eastAsia="楷体" w:hAnsi="楷体"/>
          <w:b/>
          <w:color w:val="CC0000"/>
          <w:sz w:val="22"/>
          <w:lang w:eastAsia="zh-CN"/>
        </w:rPr>
        <w:t>即表示已充分理解并同意接受</w:t>
      </w:r>
      <w:r>
        <w:rPr>
          <w:rFonts w:ascii="楷体" w:eastAsia="楷体" w:hAnsi="楷体"/>
          <w:b/>
          <w:color w:val="CC0000"/>
          <w:sz w:val="22"/>
          <w:lang w:eastAsia="zh-CN"/>
        </w:rPr>
        <w:t>以下免责条款的约束。</w:t>
      </w:r>
    </w:p>
    <w:p w:rsidR="00467815" w:rsidRDefault="00601CDB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【人身安全免责】</w:t>
      </w:r>
      <w:r>
        <w:rPr>
          <w:lang w:eastAsia="zh-CN"/>
        </w:rPr>
        <w:t>本人及同行人员在换住期间因自身原因（包括但不限于滑倒、摔伤、烫伤、触电、电器使用不当、上下楼梯等）造成的人身伤害，由本人自行承担责任，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及被</w:t>
      </w:r>
      <w:proofErr w:type="gramStart"/>
      <w:r>
        <w:rPr>
          <w:lang w:eastAsia="zh-CN"/>
        </w:rPr>
        <w:t>换住方不</w:t>
      </w:r>
      <w:proofErr w:type="gramEnd"/>
      <w:r>
        <w:rPr>
          <w:lang w:eastAsia="zh-CN"/>
        </w:rPr>
        <w:t>承担任何赔偿义务。</w:t>
      </w:r>
    </w:p>
    <w:p w:rsidR="00467815" w:rsidRDefault="00601CDB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【财产损失免责】</w:t>
      </w:r>
      <w:r>
        <w:rPr>
          <w:lang w:eastAsia="zh-CN"/>
        </w:rPr>
        <w:t>本人及同行人员入住期间的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人财物（包括但不限于现金、首饰、电子设备、证件等）由本人自行妥善保管，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及被</w:t>
      </w:r>
      <w:proofErr w:type="gramStart"/>
      <w:r>
        <w:rPr>
          <w:lang w:eastAsia="zh-CN"/>
        </w:rPr>
        <w:t>换住方不对</w:t>
      </w:r>
      <w:proofErr w:type="gramEnd"/>
      <w:r>
        <w:rPr>
          <w:lang w:eastAsia="zh-CN"/>
        </w:rPr>
        <w:t>遗失、被盗、损坏承担任何赔偿责任。</w:t>
      </w:r>
    </w:p>
    <w:p w:rsidR="00467815" w:rsidRDefault="00601CDB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【第三方责任】</w:t>
      </w:r>
      <w:r>
        <w:rPr>
          <w:lang w:eastAsia="zh-CN"/>
        </w:rPr>
        <w:t>因本人及同行人员的原因造成邻居、物业或</w:t>
      </w:r>
      <w:proofErr w:type="gramStart"/>
      <w:r>
        <w:rPr>
          <w:lang w:eastAsia="zh-CN"/>
        </w:rPr>
        <w:t>其他第三</w:t>
      </w:r>
      <w:proofErr w:type="gramEnd"/>
      <w:r>
        <w:rPr>
          <w:lang w:eastAsia="zh-CN"/>
        </w:rPr>
        <w:t>方人身伤害及财产损失的，由本人独立承担全部赔偿及法律责任。</w:t>
      </w:r>
    </w:p>
    <w:p w:rsidR="00467815" w:rsidRDefault="00601CDB">
      <w:pPr>
        <w:ind w:firstLine="420"/>
        <w:rPr>
          <w:lang w:eastAsia="zh-CN"/>
        </w:rPr>
      </w:pPr>
      <w:r>
        <w:rPr>
          <w:b/>
          <w:color w:val="CC0000"/>
          <w:lang w:eastAsia="zh-CN"/>
        </w:rPr>
        <w:t>【不可抗力】</w:t>
      </w:r>
      <w:r>
        <w:rPr>
          <w:lang w:eastAsia="zh-CN"/>
        </w:rPr>
        <w:t>因自然灾害（地震、暴雨、洪水、雷击等）、火灾（非本人及同行人员原因引起）、政府行为等不可抗力造成的损失，双方互不承担赔偿责任。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七、其他条款</w:t>
      </w:r>
    </w:p>
    <w:p w:rsidR="00467815" w:rsidRDefault="00601CDB">
      <w:pPr>
        <w:ind w:firstLine="420"/>
        <w:rPr>
          <w:lang w:eastAsia="zh-CN"/>
        </w:rPr>
      </w:pPr>
      <w:r>
        <w:rPr>
          <w:lang w:eastAsia="zh-CN"/>
        </w:rPr>
        <w:t>以上承诺内容是本人的真实意思表示。对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书的各项条款，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工作人员已充分告知本人，本人已完全理解并自愿承诺。若发生纠纷，以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书为准。</w:t>
      </w:r>
    </w:p>
    <w:p w:rsidR="00467815" w:rsidRDefault="00601CDB">
      <w:pPr>
        <w:ind w:firstLine="420"/>
        <w:rPr>
          <w:lang w:eastAsia="zh-CN"/>
        </w:rPr>
      </w:pP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书自本人支付换住服务费用后生效，对本人及全部同行人员均具有法律约束力。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【特别提示与分项确认】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lastRenderedPageBreak/>
        <w:t>请您逐项阅读以下条款，并</w:t>
      </w:r>
      <w:proofErr w:type="gramStart"/>
      <w:r>
        <w:rPr>
          <w:lang w:eastAsia="zh-CN"/>
        </w:rPr>
        <w:t>分别勾选确认</w:t>
      </w:r>
      <w:proofErr w:type="gramEnd"/>
      <w:r>
        <w:rPr>
          <w:lang w:eastAsia="zh-CN"/>
        </w:rPr>
        <w:t>。全部</w:t>
      </w:r>
      <w:proofErr w:type="gramStart"/>
      <w:r>
        <w:rPr>
          <w:lang w:eastAsia="zh-CN"/>
        </w:rPr>
        <w:t>勾选后方可提交换住</w:t>
      </w:r>
      <w:proofErr w:type="gramEnd"/>
      <w:r>
        <w:rPr>
          <w:lang w:eastAsia="zh-CN"/>
        </w:rPr>
        <w:t>申请。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一、主体资格确认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本人已年满</w:t>
      </w:r>
      <w:r>
        <w:rPr>
          <w:lang w:eastAsia="zh-CN"/>
        </w:rPr>
        <w:t>18</w:t>
      </w:r>
      <w:r>
        <w:rPr>
          <w:lang w:eastAsia="zh-CN"/>
        </w:rPr>
        <w:t>周岁，具备完全民事行</w:t>
      </w:r>
      <w:r>
        <w:rPr>
          <w:lang w:eastAsia="zh-CN"/>
        </w:rPr>
        <w:t>为能力。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二、全文阅读确认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本人已完整阅读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书全文，充分理解各项条款的含义及法律后果。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三、保险与健康确认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本人知晓未购买保险需自行承担全部意外风险，不得向</w:t>
      </w:r>
      <w:proofErr w:type="gramStart"/>
      <w:r>
        <w:rPr>
          <w:lang w:eastAsia="zh-CN"/>
        </w:rPr>
        <w:t>住趣多</w:t>
      </w:r>
      <w:proofErr w:type="gramEnd"/>
      <w:r>
        <w:rPr>
          <w:lang w:eastAsia="zh-CN"/>
        </w:rPr>
        <w:t>及被</w:t>
      </w:r>
      <w:proofErr w:type="gramStart"/>
      <w:r>
        <w:rPr>
          <w:lang w:eastAsia="zh-CN"/>
        </w:rPr>
        <w:t>换住方追偿</w:t>
      </w:r>
      <w:proofErr w:type="gramEnd"/>
      <w:r>
        <w:rPr>
          <w:lang w:eastAsia="zh-CN"/>
        </w:rPr>
        <w:t>。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本人确认本人及同行人员健康状况如实告知，隐瞒后果由本人及家属承担。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四、同行人员确认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本人确认同行人员的一切行为由本人承担连带责任，包括人身伤害、财产损失及违法行为。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五、房屋使用确认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本人承诺遵守房屋使用规范，违反须赔偿全部损失，平台有权立即终止换住服务。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t>六、重要免责条款逐项确认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</w:t>
      </w:r>
      <w:proofErr w:type="gramStart"/>
      <w:r>
        <w:rPr>
          <w:b/>
          <w:color w:val="CC0000"/>
          <w:lang w:eastAsia="zh-CN"/>
        </w:rPr>
        <w:t>住趣多</w:t>
      </w:r>
      <w:proofErr w:type="gramEnd"/>
      <w:r>
        <w:rPr>
          <w:b/>
          <w:color w:val="CC0000"/>
          <w:lang w:eastAsia="zh-CN"/>
        </w:rPr>
        <w:t>及被</w:t>
      </w:r>
      <w:proofErr w:type="gramStart"/>
      <w:r>
        <w:rPr>
          <w:b/>
          <w:color w:val="CC0000"/>
          <w:lang w:eastAsia="zh-CN"/>
        </w:rPr>
        <w:t>换住方不对</w:t>
      </w:r>
      <w:proofErr w:type="gramEnd"/>
      <w:r>
        <w:rPr>
          <w:b/>
          <w:color w:val="CC0000"/>
          <w:lang w:eastAsia="zh-CN"/>
        </w:rPr>
        <w:t>人身伤害承担任何赔偿义务。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</w:t>
      </w:r>
      <w:proofErr w:type="gramStart"/>
      <w:r>
        <w:rPr>
          <w:b/>
          <w:color w:val="CC0000"/>
          <w:lang w:eastAsia="zh-CN"/>
        </w:rPr>
        <w:t>住趣多</w:t>
      </w:r>
      <w:proofErr w:type="gramEnd"/>
      <w:r>
        <w:rPr>
          <w:b/>
          <w:color w:val="CC0000"/>
          <w:lang w:eastAsia="zh-CN"/>
        </w:rPr>
        <w:t>及被</w:t>
      </w:r>
      <w:proofErr w:type="gramStart"/>
      <w:r>
        <w:rPr>
          <w:b/>
          <w:color w:val="CC0000"/>
          <w:lang w:eastAsia="zh-CN"/>
        </w:rPr>
        <w:t>换住方不对个</w:t>
      </w:r>
      <w:proofErr w:type="gramEnd"/>
      <w:r>
        <w:rPr>
          <w:b/>
          <w:color w:val="CC0000"/>
          <w:lang w:eastAsia="zh-CN"/>
        </w:rPr>
        <w:t>人财物遗失、被盗、损坏承担赔偿义务。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本人已特别注意并理解：因本人及同行人员原因造成第三方损失的，由本人独立承担全部责任。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b/>
          <w:color w:val="CC0000"/>
          <w:lang w:eastAsia="zh-CN"/>
        </w:rPr>
        <w:t>本人已特别注意并理解：因不可抗力造成的损失，双方互不承担赔偿责任。</w:t>
      </w:r>
    </w:p>
    <w:p w:rsidR="00467815" w:rsidRDefault="00601CDB">
      <w:pPr>
        <w:rPr>
          <w:lang w:eastAsia="zh-CN"/>
        </w:rPr>
      </w:pPr>
      <w:r>
        <w:rPr>
          <w:lang w:eastAsia="zh-CN"/>
        </w:rPr>
        <w:lastRenderedPageBreak/>
        <w:t>七、效力确认</w:t>
      </w:r>
    </w:p>
    <w:p w:rsidR="00467815" w:rsidRDefault="00601CDB">
      <w:pPr>
        <w:spacing w:after="120"/>
        <w:ind w:left="567"/>
        <w:rPr>
          <w:lang w:eastAsia="zh-CN"/>
        </w:rPr>
      </w:pPr>
      <w:r>
        <w:rPr>
          <w:sz w:val="26"/>
          <w:lang w:eastAsia="zh-CN"/>
        </w:rPr>
        <w:t>☐</w:t>
      </w:r>
      <w:r>
        <w:rPr>
          <w:sz w:val="26"/>
          <w:lang w:eastAsia="zh-CN"/>
        </w:rPr>
        <w:t xml:space="preserve">  </w:t>
      </w:r>
      <w:r>
        <w:rPr>
          <w:lang w:eastAsia="zh-CN"/>
        </w:rPr>
        <w:t>本人理解</w:t>
      </w:r>
      <w:proofErr w:type="gramStart"/>
      <w:r>
        <w:rPr>
          <w:lang w:eastAsia="zh-CN"/>
        </w:rPr>
        <w:t>本承诺</w:t>
      </w:r>
      <w:proofErr w:type="gramEnd"/>
      <w:r>
        <w:rPr>
          <w:lang w:eastAsia="zh-CN"/>
        </w:rPr>
        <w:t>书自支付换</w:t>
      </w:r>
      <w:proofErr w:type="gramStart"/>
      <w:r>
        <w:rPr>
          <w:lang w:eastAsia="zh-CN"/>
        </w:rPr>
        <w:t>住费用</w:t>
      </w:r>
      <w:proofErr w:type="gramEnd"/>
      <w:r>
        <w:rPr>
          <w:lang w:eastAsia="zh-CN"/>
        </w:rPr>
        <w:t>后生效，对本人及全部同行人员具有法律约束力。</w:t>
      </w:r>
    </w:p>
    <w:p w:rsidR="00467815" w:rsidRDefault="00601CDB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color w:val="333333"/>
          <w:sz w:val="28"/>
          <w:lang w:eastAsia="zh-CN"/>
        </w:rPr>
        <w:t>【在线确认声明】</w:t>
      </w:r>
    </w:p>
    <w:p w:rsidR="00467815" w:rsidRDefault="00601CDB">
      <w:pPr>
        <w:spacing w:before="200" w:after="120"/>
        <w:ind w:firstLine="420"/>
        <w:rPr>
          <w:lang w:eastAsia="zh-CN"/>
        </w:rPr>
      </w:pPr>
      <w:r>
        <w:rPr>
          <w:b/>
          <w:lang w:eastAsia="zh-CN"/>
        </w:rPr>
        <w:t>本人通过</w:t>
      </w:r>
      <w:r>
        <w:rPr>
          <w:b/>
          <w:lang w:eastAsia="zh-CN"/>
        </w:rPr>
        <w:t>"</w:t>
      </w:r>
      <w:proofErr w:type="gramStart"/>
      <w:r>
        <w:rPr>
          <w:b/>
          <w:lang w:eastAsia="zh-CN"/>
        </w:rPr>
        <w:t>住趣多</w:t>
      </w:r>
      <w:proofErr w:type="gramEnd"/>
      <w:r>
        <w:rPr>
          <w:b/>
          <w:lang w:eastAsia="zh-CN"/>
        </w:rPr>
        <w:t>"</w:t>
      </w:r>
      <w:r>
        <w:rPr>
          <w:b/>
          <w:lang w:eastAsia="zh-CN"/>
        </w:rPr>
        <w:t>平台在线阅读上述承诺书全文，并</w:t>
      </w:r>
      <w:proofErr w:type="gramStart"/>
      <w:r>
        <w:rPr>
          <w:b/>
          <w:lang w:eastAsia="zh-CN"/>
        </w:rPr>
        <w:t>逐项勾选确认</w:t>
      </w:r>
      <w:proofErr w:type="gramEnd"/>
      <w:r>
        <w:rPr>
          <w:b/>
          <w:lang w:eastAsia="zh-CN"/>
        </w:rPr>
        <w:t>。本人确认：</w:t>
      </w:r>
      <w:proofErr w:type="gramStart"/>
      <w:r>
        <w:rPr>
          <w:b/>
          <w:lang w:eastAsia="zh-CN"/>
        </w:rPr>
        <w:t>上</w:t>
      </w:r>
      <w:r>
        <w:rPr>
          <w:b/>
          <w:lang w:eastAsia="zh-CN"/>
        </w:rPr>
        <w:t>述勾选确认</w:t>
      </w:r>
      <w:proofErr w:type="gramEnd"/>
      <w:r>
        <w:rPr>
          <w:b/>
          <w:lang w:eastAsia="zh-CN"/>
        </w:rPr>
        <w:t>行为系本人亲自操作，系本人真实意思表示，具有与书面签字同等的法律效力。本人同意</w:t>
      </w:r>
      <w:proofErr w:type="gramStart"/>
      <w:r>
        <w:rPr>
          <w:b/>
          <w:lang w:eastAsia="zh-CN"/>
        </w:rPr>
        <w:t>住趣多</w:t>
      </w:r>
      <w:proofErr w:type="gramEnd"/>
      <w:r>
        <w:rPr>
          <w:b/>
          <w:lang w:eastAsia="zh-CN"/>
        </w:rPr>
        <w:t>记录本次确认的时间、账号、设备等信息作为确认凭证。</w:t>
      </w:r>
    </w:p>
    <w:sectPr w:rsidR="00467815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7815"/>
    <w:rsid w:val="00601C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2D8B3CA-B287-4A3B-BA4B-624454C4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360" w:lineRule="auto"/>
    </w:pPr>
    <w:rPr>
      <w:rFonts w:ascii="宋体" w:eastAsia="宋体" w:hAnsi="宋体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ADCD9E-015E-41DD-86ED-7399C6A40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邹福珍</cp:lastModifiedBy>
  <cp:revision>2</cp:revision>
  <dcterms:created xsi:type="dcterms:W3CDTF">2013-12-23T23:15:00Z</dcterms:created>
  <dcterms:modified xsi:type="dcterms:W3CDTF">2026-08-04T07:47:00Z</dcterms:modified>
  <cp:category/>
</cp:coreProperties>
</file>