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4E7" w:rsidRDefault="009628FC">
      <w:pPr>
        <w:spacing w:after="320"/>
        <w:jc w:val="center"/>
        <w:rPr>
          <w:lang w:eastAsia="zh-CN"/>
        </w:rPr>
      </w:pPr>
      <w:r>
        <w:rPr>
          <w:rFonts w:ascii="黑体" w:eastAsia="黑体" w:hAnsi="黑体"/>
          <w:b/>
          <w:color w:val="1A1A1A"/>
          <w:sz w:val="44"/>
          <w:lang w:eastAsia="zh-CN"/>
        </w:rPr>
        <w:t>换住房源承诺书</w:t>
      </w:r>
    </w:p>
    <w:p w:rsidR="00E654E7" w:rsidRDefault="009628FC">
      <w:pPr>
        <w:ind w:firstLine="420"/>
        <w:rPr>
          <w:lang w:eastAsia="zh-CN"/>
        </w:rPr>
      </w:pPr>
      <w:r>
        <w:rPr>
          <w:lang w:eastAsia="zh-CN"/>
        </w:rPr>
        <w:t>本人（即房源上传人，下称"本人"）就通过"住趣多"平台上传房源用于共享旅居换住服务，就房源权属、房屋安全、接待协助、信息真实性及各项责任义务，向广东富泰科技创新有限公司</w:t>
      </w:r>
      <w:r w:rsidR="00C4797F">
        <w:rPr>
          <w:lang w:eastAsia="zh-CN"/>
        </w:rPr>
        <w:t>及关联公司</w:t>
      </w:r>
      <w:bookmarkStart w:id="0" w:name="_GoBack"/>
      <w:bookmarkEnd w:id="0"/>
      <w:r>
        <w:rPr>
          <w:lang w:eastAsia="zh-CN"/>
        </w:rPr>
        <w:t>（下称"住趣多"）及换住入住人作出以下确认与承诺：</w:t>
      </w:r>
    </w:p>
    <w:p w:rsidR="00E654E7" w:rsidRDefault="009628FC">
      <w:pPr>
        <w:spacing w:before="240" w:after="120"/>
        <w:rPr>
          <w:lang w:eastAsia="zh-CN"/>
        </w:rPr>
      </w:pPr>
      <w:r>
        <w:rPr>
          <w:rFonts w:ascii="黑体" w:eastAsia="黑体" w:hAnsi="黑体"/>
          <w:b/>
          <w:color w:val="333333"/>
          <w:sz w:val="28"/>
          <w:lang w:eastAsia="zh-CN"/>
        </w:rPr>
        <w:t>一、房源权属承诺</w:t>
      </w:r>
    </w:p>
    <w:p w:rsidR="00E654E7" w:rsidRDefault="009628FC">
      <w:pPr>
        <w:ind w:firstLine="420"/>
        <w:rPr>
          <w:lang w:eastAsia="zh-CN"/>
        </w:rPr>
      </w:pPr>
      <w:r>
        <w:rPr>
          <w:lang w:eastAsia="zh-CN"/>
        </w:rPr>
        <w:t>本人承诺对所上传的房屋（下称"该房屋"）拥有合法、有效的使用权（包括但不限于所有权、租赁权或其他合法使用权），且该使用权在本人与住趣多平台合作期间持续有效。</w:t>
      </w:r>
    </w:p>
    <w:p w:rsidR="00E654E7" w:rsidRDefault="009628FC">
      <w:pPr>
        <w:ind w:firstLine="420"/>
        <w:rPr>
          <w:lang w:eastAsia="zh-CN"/>
        </w:rPr>
      </w:pPr>
      <w:r>
        <w:rPr>
          <w:lang w:eastAsia="zh-CN"/>
        </w:rPr>
        <w:t>本人承诺该房屋可以合法用于"住趣多"平台的共享旅居换住服务，不违反相关法律法规、房屋买卖合同、租赁合同、物业管理规约或其他协议的约定。如该房屋系本人租赁取得，本人承诺已获得产权人（房东）书面同意，允许本人将该房屋通过住趣多平台进行换住服务。</w:t>
      </w:r>
    </w:p>
    <w:p w:rsidR="00E654E7" w:rsidRDefault="009628FC">
      <w:pPr>
        <w:ind w:firstLine="420"/>
        <w:rPr>
          <w:lang w:eastAsia="zh-CN"/>
        </w:rPr>
      </w:pPr>
      <w:r>
        <w:rPr>
          <w:lang w:eastAsia="zh-CN"/>
        </w:rPr>
        <w:t>本人承诺该房屋不存在权属争议、司法查封、行政限制或其他可能影响换住服务履行的法律障碍。如因权属问题导致换住入住人无法正常入住或造成损失的，由本人承担全部责任及费用，并赔偿因此给住趣多或换住入住人造成的全部损失。</w:t>
      </w:r>
    </w:p>
    <w:p w:rsidR="00E654E7" w:rsidRDefault="009628FC">
      <w:pPr>
        <w:spacing w:before="240" w:after="120"/>
        <w:rPr>
          <w:lang w:eastAsia="zh-CN"/>
        </w:rPr>
      </w:pPr>
      <w:r>
        <w:rPr>
          <w:rFonts w:ascii="黑体" w:eastAsia="黑体" w:hAnsi="黑体"/>
          <w:b/>
          <w:color w:val="333333"/>
          <w:sz w:val="28"/>
          <w:lang w:eastAsia="zh-CN"/>
        </w:rPr>
        <w:t>二、房屋安全与可用性承诺</w:t>
      </w:r>
    </w:p>
    <w:p w:rsidR="00E654E7" w:rsidRDefault="009628FC">
      <w:pPr>
        <w:ind w:firstLine="420"/>
        <w:rPr>
          <w:lang w:eastAsia="zh-CN"/>
        </w:rPr>
      </w:pPr>
      <w:r>
        <w:rPr>
          <w:lang w:eastAsia="zh-CN"/>
        </w:rPr>
        <w:t>本人承诺该房屋在交付换住入住人使用时，具备正常居住的基本条件，确保安全可用，具体包括但不限于：</w:t>
      </w:r>
    </w:p>
    <w:p w:rsidR="00E654E7" w:rsidRDefault="009628FC">
      <w:pPr>
        <w:spacing w:after="60"/>
        <w:ind w:left="850"/>
        <w:rPr>
          <w:lang w:eastAsia="zh-CN"/>
        </w:rPr>
      </w:pPr>
      <w:r>
        <w:rPr>
          <w:lang w:eastAsia="zh-CN"/>
        </w:rPr>
        <w:t>（一）水、电、燃气供应正常，相关管线及设施无泄漏、无故障、无安全隐患；</w:t>
      </w:r>
    </w:p>
    <w:p w:rsidR="00E654E7" w:rsidRDefault="009628FC">
      <w:pPr>
        <w:spacing w:after="60"/>
        <w:ind w:left="850"/>
        <w:rPr>
          <w:lang w:eastAsia="zh-CN"/>
        </w:rPr>
      </w:pPr>
      <w:r>
        <w:rPr>
          <w:lang w:eastAsia="zh-CN"/>
        </w:rPr>
        <w:t>（二）门窗锁具完好，可正常开关及锁闭，保障入住人的人身及财产安全；</w:t>
      </w:r>
    </w:p>
    <w:p w:rsidR="00E654E7" w:rsidRDefault="00222D17">
      <w:pPr>
        <w:spacing w:after="60"/>
        <w:ind w:left="850"/>
        <w:rPr>
          <w:lang w:eastAsia="zh-CN"/>
        </w:rPr>
      </w:pPr>
      <w:r>
        <w:rPr>
          <w:lang w:eastAsia="zh-CN"/>
        </w:rPr>
        <w:t>（三）家用电器（包括但不限于热水器、洗衣机</w:t>
      </w:r>
      <w:r w:rsidR="009628FC">
        <w:rPr>
          <w:lang w:eastAsia="zh-CN"/>
        </w:rPr>
        <w:t>、厨具等）功能正常，无漏电、漏气等安全隐患；</w:t>
      </w:r>
    </w:p>
    <w:p w:rsidR="00E654E7" w:rsidRDefault="009628FC">
      <w:pPr>
        <w:spacing w:after="60"/>
        <w:ind w:left="850"/>
        <w:rPr>
          <w:lang w:eastAsia="zh-CN"/>
        </w:rPr>
      </w:pPr>
      <w:r>
        <w:rPr>
          <w:lang w:eastAsia="zh-CN"/>
        </w:rPr>
        <w:lastRenderedPageBreak/>
        <w:t>（四）床具、家具等生活设施齐全且处于可正常使用状态；</w:t>
      </w:r>
    </w:p>
    <w:p w:rsidR="00E654E7" w:rsidRDefault="009628FC">
      <w:pPr>
        <w:spacing w:after="60"/>
        <w:ind w:left="850"/>
        <w:rPr>
          <w:lang w:eastAsia="zh-CN"/>
        </w:rPr>
      </w:pPr>
      <w:r>
        <w:rPr>
          <w:lang w:eastAsia="zh-CN"/>
        </w:rPr>
        <w:t>（五）房屋结构安全，不存在墙体开裂、漏水、渗水等影响居住安全的问题；</w:t>
      </w:r>
    </w:p>
    <w:p w:rsidR="00E654E7" w:rsidRDefault="009628FC">
      <w:pPr>
        <w:spacing w:after="60"/>
        <w:ind w:left="850"/>
        <w:rPr>
          <w:lang w:eastAsia="zh-CN"/>
        </w:rPr>
      </w:pPr>
      <w:r>
        <w:rPr>
          <w:lang w:eastAsia="zh-CN"/>
        </w:rPr>
        <w:t>（六）消防设施（如灭火器、烟雾报警器等）按规定配备且功能正常，疏散通道畅通；</w:t>
      </w:r>
    </w:p>
    <w:p w:rsidR="00E654E7" w:rsidRDefault="009628FC">
      <w:pPr>
        <w:spacing w:after="60"/>
        <w:ind w:left="850"/>
        <w:rPr>
          <w:lang w:eastAsia="zh-CN"/>
        </w:rPr>
      </w:pPr>
      <w:r>
        <w:rPr>
          <w:lang w:eastAsia="zh-CN"/>
        </w:rPr>
        <w:t>（七）卫生间、厨房等区域排水通畅，无堵塞、返味等问题。</w:t>
      </w:r>
    </w:p>
    <w:p w:rsidR="00E654E7" w:rsidRDefault="009628FC">
      <w:pPr>
        <w:ind w:firstLine="420"/>
        <w:rPr>
          <w:lang w:eastAsia="zh-CN"/>
        </w:rPr>
      </w:pPr>
      <w:r>
        <w:rPr>
          <w:lang w:eastAsia="zh-CN"/>
        </w:rPr>
        <w:t>本人承诺在换住入住人入住前完成上述设施的检查和维护。如因房屋或设施安全问题导致换住入住人的人身伤害或财产损失，由本人承担全部责任及费用。</w:t>
      </w:r>
    </w:p>
    <w:p w:rsidR="00E654E7" w:rsidRDefault="009628FC">
      <w:pPr>
        <w:spacing w:before="240" w:after="120"/>
        <w:rPr>
          <w:lang w:eastAsia="zh-CN"/>
        </w:rPr>
      </w:pPr>
      <w:r>
        <w:rPr>
          <w:rFonts w:ascii="黑体" w:eastAsia="黑体" w:hAnsi="黑体"/>
          <w:b/>
          <w:color w:val="333333"/>
          <w:sz w:val="28"/>
          <w:lang w:eastAsia="zh-CN"/>
        </w:rPr>
        <w:t>三、接待与协助承诺</w:t>
      </w:r>
    </w:p>
    <w:p w:rsidR="00E654E7" w:rsidRDefault="009628FC">
      <w:pPr>
        <w:ind w:firstLine="420"/>
        <w:rPr>
          <w:lang w:eastAsia="zh-CN"/>
        </w:rPr>
      </w:pPr>
      <w:r>
        <w:rPr>
          <w:lang w:eastAsia="zh-CN"/>
        </w:rPr>
        <w:t>本人承诺在约定的换住期间，确保该房屋可供换住入住人正常入住使用，不得因本人原因导致换住入住人无法入住或中途被迫搬离。</w:t>
      </w:r>
    </w:p>
    <w:p w:rsidR="00E654E7" w:rsidRDefault="009628FC">
      <w:pPr>
        <w:ind w:firstLine="420"/>
        <w:rPr>
          <w:lang w:eastAsia="zh-CN"/>
        </w:rPr>
      </w:pPr>
      <w:r>
        <w:rPr>
          <w:lang w:eastAsia="zh-CN"/>
        </w:rPr>
        <w:t>本人承诺在换住入住人到达时提供以下协助：</w:t>
      </w:r>
    </w:p>
    <w:p w:rsidR="00E654E7" w:rsidRDefault="009628FC">
      <w:pPr>
        <w:spacing w:after="60"/>
        <w:ind w:left="850"/>
        <w:rPr>
          <w:lang w:eastAsia="zh-CN"/>
        </w:rPr>
      </w:pPr>
      <w:r>
        <w:rPr>
          <w:lang w:eastAsia="zh-CN"/>
        </w:rPr>
        <w:t>（一）按时完成钥匙或门禁卡的交接，或配合完成智能锁密码的设置与告知；</w:t>
      </w:r>
    </w:p>
    <w:p w:rsidR="00E654E7" w:rsidRDefault="009628FC">
      <w:pPr>
        <w:spacing w:after="60"/>
        <w:ind w:left="850"/>
        <w:rPr>
          <w:lang w:eastAsia="zh-CN"/>
        </w:rPr>
      </w:pPr>
      <w:r>
        <w:rPr>
          <w:lang w:eastAsia="zh-CN"/>
        </w:rPr>
        <w:t>（二）向换住入住人介绍房屋内各类设施的使用方法及注意事项（如热水器操作、燃气灶使用、电器开关位置等）；</w:t>
      </w:r>
    </w:p>
    <w:p w:rsidR="00E654E7" w:rsidRDefault="009628FC">
      <w:pPr>
        <w:spacing w:after="60"/>
        <w:ind w:left="850"/>
        <w:rPr>
          <w:lang w:eastAsia="zh-CN"/>
        </w:rPr>
      </w:pPr>
      <w:r>
        <w:rPr>
          <w:lang w:eastAsia="zh-CN"/>
        </w:rPr>
        <w:t>（三）告知周边生活配套设施信息（如超市、医院、交通站点等）及紧急联系方式；</w:t>
      </w:r>
    </w:p>
    <w:p w:rsidR="00E654E7" w:rsidRDefault="009628FC">
      <w:pPr>
        <w:spacing w:after="60"/>
        <w:ind w:left="850"/>
        <w:rPr>
          <w:lang w:eastAsia="zh-CN"/>
        </w:rPr>
      </w:pPr>
      <w:r>
        <w:rPr>
          <w:lang w:eastAsia="zh-CN"/>
        </w:rPr>
        <w:t>（四）在换住期间保持通讯畅通，如换住入住人遇到房屋设施故障或其他问题，本人承诺在接到通知后及时响应并协调解决。</w:t>
      </w:r>
    </w:p>
    <w:p w:rsidR="00E654E7" w:rsidRDefault="009628FC">
      <w:pPr>
        <w:ind w:firstLine="420"/>
        <w:rPr>
          <w:lang w:eastAsia="zh-CN"/>
        </w:rPr>
      </w:pPr>
      <w:r>
        <w:rPr>
          <w:lang w:eastAsia="zh-CN"/>
        </w:rPr>
        <w:t>如因本人未履行上述接待协助义务，导致换住入住人无法正常入住或使用房屋的，由本人承担全部责任，并赔偿因此给换住入住人及住趣多造成的全部损失。</w:t>
      </w:r>
    </w:p>
    <w:p w:rsidR="00E654E7" w:rsidRDefault="009628FC">
      <w:pPr>
        <w:spacing w:before="240" w:after="120"/>
        <w:rPr>
          <w:lang w:eastAsia="zh-CN"/>
        </w:rPr>
      </w:pPr>
      <w:r>
        <w:rPr>
          <w:rFonts w:ascii="黑体" w:eastAsia="黑体" w:hAnsi="黑体"/>
          <w:b/>
          <w:color w:val="333333"/>
          <w:sz w:val="28"/>
          <w:lang w:eastAsia="zh-CN"/>
        </w:rPr>
        <w:t>四、房源信息真实性承诺</w:t>
      </w:r>
    </w:p>
    <w:p w:rsidR="00E654E7" w:rsidRDefault="009628FC">
      <w:pPr>
        <w:ind w:firstLine="420"/>
        <w:rPr>
          <w:lang w:eastAsia="zh-CN"/>
        </w:rPr>
      </w:pPr>
      <w:r>
        <w:rPr>
          <w:lang w:eastAsia="zh-CN"/>
        </w:rPr>
        <w:t>本人承诺在住趣多平台上传的房源信息（包括但不限于房屋照片、视频、位置信息、面积、户型、设施清单、周边环境描述等）均真实、准确、完整，不存在虚假描述、夸大宣传或误导性信息。</w:t>
      </w:r>
    </w:p>
    <w:p w:rsidR="00E654E7" w:rsidRDefault="009628FC">
      <w:pPr>
        <w:ind w:firstLine="420"/>
        <w:rPr>
          <w:lang w:eastAsia="zh-CN"/>
        </w:rPr>
      </w:pPr>
      <w:r>
        <w:rPr>
          <w:lang w:eastAsia="zh-CN"/>
        </w:rPr>
        <w:lastRenderedPageBreak/>
        <w:t>本人承诺如房屋状况发生变化（包括但不限于设施增减、维修、拆迁、权属变更等），将及时通知住趣多并更新房源信息。</w:t>
      </w:r>
    </w:p>
    <w:p w:rsidR="00E654E7" w:rsidRDefault="009628FC">
      <w:pPr>
        <w:ind w:firstLine="420"/>
        <w:rPr>
          <w:lang w:eastAsia="zh-CN"/>
        </w:rPr>
      </w:pPr>
      <w:r>
        <w:rPr>
          <w:lang w:eastAsia="zh-CN"/>
        </w:rPr>
        <w:t>如因房源信息不真实、不准确或不完整，导致换住入住人产生误解或遭受损失的，由本人承担全部责任及费用。</w:t>
      </w:r>
    </w:p>
    <w:p w:rsidR="00E654E7" w:rsidRDefault="00222D17">
      <w:pPr>
        <w:spacing w:before="240" w:after="120"/>
        <w:rPr>
          <w:lang w:eastAsia="zh-CN"/>
        </w:rPr>
      </w:pPr>
      <w:r>
        <w:rPr>
          <w:rFonts w:ascii="黑体" w:eastAsia="黑体" w:hAnsi="黑体" w:hint="eastAsia"/>
          <w:b/>
          <w:color w:val="333333"/>
          <w:sz w:val="28"/>
          <w:lang w:eastAsia="zh-CN"/>
        </w:rPr>
        <w:t>五</w:t>
      </w:r>
      <w:r w:rsidR="009628FC">
        <w:rPr>
          <w:rFonts w:ascii="黑体" w:eastAsia="黑体" w:hAnsi="黑体"/>
          <w:b/>
          <w:color w:val="333333"/>
          <w:sz w:val="28"/>
          <w:lang w:eastAsia="zh-CN"/>
        </w:rPr>
        <w:t>、配合管理承诺</w:t>
      </w:r>
    </w:p>
    <w:p w:rsidR="00E654E7" w:rsidRDefault="009628FC">
      <w:pPr>
        <w:ind w:firstLine="420"/>
        <w:rPr>
          <w:lang w:eastAsia="zh-CN"/>
        </w:rPr>
      </w:pPr>
      <w:r>
        <w:rPr>
          <w:lang w:eastAsia="zh-CN"/>
        </w:rPr>
        <w:t>本人承诺遵守住趣多平台的各项规则及管理制度，配合平台进行房源审核、信息核实及必要的实地查验工作。</w:t>
      </w:r>
    </w:p>
    <w:p w:rsidR="00E654E7" w:rsidRDefault="009628FC">
      <w:pPr>
        <w:ind w:firstLine="420"/>
        <w:rPr>
          <w:lang w:eastAsia="zh-CN"/>
        </w:rPr>
      </w:pPr>
      <w:r>
        <w:rPr>
          <w:lang w:eastAsia="zh-CN"/>
        </w:rPr>
        <w:t>本人承诺在换住服务结束后，及时通过平台确认换住完成状态，并对换住入住人进行如实评价。</w:t>
      </w:r>
    </w:p>
    <w:p w:rsidR="00E654E7" w:rsidRDefault="009628FC">
      <w:pPr>
        <w:ind w:firstLine="420"/>
        <w:rPr>
          <w:lang w:eastAsia="zh-CN"/>
        </w:rPr>
      </w:pPr>
      <w:r>
        <w:rPr>
          <w:lang w:eastAsia="zh-CN"/>
        </w:rPr>
        <w:t>如换住入住人就房屋状况、设施使用等问题向住趣多提出投诉或反馈，本人承诺积极配合住趣多进行核实和协调处理。</w:t>
      </w:r>
    </w:p>
    <w:p w:rsidR="00E654E7" w:rsidRDefault="00222D17">
      <w:pPr>
        <w:spacing w:before="240" w:after="120"/>
        <w:rPr>
          <w:lang w:eastAsia="zh-CN"/>
        </w:rPr>
      </w:pPr>
      <w:r>
        <w:rPr>
          <w:rFonts w:ascii="黑体" w:eastAsia="黑体" w:hAnsi="黑体" w:hint="eastAsia"/>
          <w:b/>
          <w:color w:val="333333"/>
          <w:sz w:val="28"/>
          <w:lang w:eastAsia="zh-CN"/>
        </w:rPr>
        <w:t>六</w:t>
      </w:r>
      <w:r w:rsidR="009628FC">
        <w:rPr>
          <w:rFonts w:ascii="黑体" w:eastAsia="黑体" w:hAnsi="黑体"/>
          <w:b/>
          <w:color w:val="333333"/>
          <w:sz w:val="28"/>
          <w:lang w:eastAsia="zh-CN"/>
        </w:rPr>
        <w:t>、违约责任</w:t>
      </w:r>
    </w:p>
    <w:p w:rsidR="00E654E7" w:rsidRDefault="009628FC">
      <w:pPr>
        <w:ind w:firstLine="420"/>
        <w:rPr>
          <w:lang w:eastAsia="zh-CN"/>
        </w:rPr>
      </w:pPr>
      <w:r>
        <w:rPr>
          <w:lang w:eastAsia="zh-CN"/>
        </w:rPr>
        <w:t>本人承诺严格遵守本承诺书各项条款。如有违反，本人承担由此产生的全部责任及费用，包括但不限于赔偿换住入住人及住趣多的全部直接及间接损失。</w:t>
      </w:r>
    </w:p>
    <w:p w:rsidR="00E654E7" w:rsidRDefault="009628FC">
      <w:pPr>
        <w:ind w:firstLine="420"/>
        <w:rPr>
          <w:lang w:eastAsia="zh-CN"/>
        </w:rPr>
      </w:pPr>
      <w:r>
        <w:rPr>
          <w:lang w:eastAsia="zh-CN"/>
        </w:rPr>
        <w:t>住趣多有权在本人违约时采取以下一项或多项措施：暂停或终止本人在平台上的房源展示、取消换住订单、关闭本人平台账号、追究法律责任。</w:t>
      </w:r>
    </w:p>
    <w:p w:rsidR="00E654E7" w:rsidRDefault="00222D17">
      <w:pPr>
        <w:spacing w:before="240" w:after="120"/>
        <w:rPr>
          <w:lang w:eastAsia="zh-CN"/>
        </w:rPr>
      </w:pPr>
      <w:r>
        <w:rPr>
          <w:rFonts w:ascii="黑体" w:eastAsia="黑体" w:hAnsi="黑体" w:hint="eastAsia"/>
          <w:b/>
          <w:color w:val="333333"/>
          <w:sz w:val="28"/>
          <w:lang w:eastAsia="zh-CN"/>
        </w:rPr>
        <w:t>七</w:t>
      </w:r>
      <w:r w:rsidR="009628FC">
        <w:rPr>
          <w:rFonts w:ascii="黑体" w:eastAsia="黑体" w:hAnsi="黑体"/>
          <w:b/>
          <w:color w:val="333333"/>
          <w:sz w:val="28"/>
          <w:lang w:eastAsia="zh-CN"/>
        </w:rPr>
        <w:t>、其他条款</w:t>
      </w:r>
    </w:p>
    <w:p w:rsidR="00E654E7" w:rsidRDefault="009628FC">
      <w:pPr>
        <w:ind w:firstLine="420"/>
        <w:rPr>
          <w:lang w:eastAsia="zh-CN"/>
        </w:rPr>
      </w:pPr>
      <w:r>
        <w:rPr>
          <w:lang w:eastAsia="zh-CN"/>
        </w:rPr>
        <w:t>以上承诺内容是本人的真实意思表示。对本承诺书的各项条款，住趣多工作人员已充分告知本人，本人已完全理解并自愿承诺。若发生纠纷，以本承诺书为准。</w:t>
      </w:r>
    </w:p>
    <w:p w:rsidR="00E654E7" w:rsidRDefault="009628FC">
      <w:pPr>
        <w:ind w:firstLine="420"/>
        <w:rPr>
          <w:lang w:eastAsia="zh-CN"/>
        </w:rPr>
      </w:pPr>
      <w:r>
        <w:rPr>
          <w:lang w:eastAsia="zh-CN"/>
        </w:rPr>
        <w:t>本承诺书自本人通过住趣多平台成功上传房源并经平台审核通过后生效，在本人在平台发布房源期间持续有效。</w:t>
      </w:r>
    </w:p>
    <w:p w:rsidR="00E654E7" w:rsidRDefault="009628FC">
      <w:pPr>
        <w:ind w:firstLine="420"/>
        <w:rPr>
          <w:lang w:eastAsia="zh-CN"/>
        </w:rPr>
      </w:pPr>
      <w:r>
        <w:rPr>
          <w:lang w:eastAsia="zh-CN"/>
        </w:rPr>
        <w:t>本承诺书各项条款的解释、效力及争议解决，适用中华人民共和国大陆地区法律，协商不成时提交中国广东省广州市天河区人民法院诉讼解决。</w:t>
      </w:r>
    </w:p>
    <w:p w:rsidR="00E654E7" w:rsidRDefault="009628FC" w:rsidP="00222D17">
      <w:pPr>
        <w:spacing w:before="240" w:after="320"/>
      </w:pPr>
      <w:r>
        <w:rPr>
          <w:rFonts w:ascii="黑体" w:eastAsia="黑体" w:hAnsi="黑体"/>
          <w:b/>
          <w:sz w:val="28"/>
          <w:lang w:eastAsia="zh-CN"/>
        </w:rPr>
        <w:lastRenderedPageBreak/>
        <w:t>特此承诺！</w:t>
      </w:r>
    </w:p>
    <w:sectPr w:rsidR="00E654E7" w:rsidSect="00034616">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B5A" w:rsidRDefault="00E97B5A" w:rsidP="00222D17">
      <w:pPr>
        <w:spacing w:after="0" w:line="240" w:lineRule="auto"/>
      </w:pPr>
      <w:r>
        <w:separator/>
      </w:r>
    </w:p>
  </w:endnote>
  <w:endnote w:type="continuationSeparator" w:id="0">
    <w:p w:rsidR="00E97B5A" w:rsidRDefault="00E97B5A" w:rsidP="00222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B5A" w:rsidRDefault="00E97B5A" w:rsidP="00222D17">
      <w:pPr>
        <w:spacing w:after="0" w:line="240" w:lineRule="auto"/>
      </w:pPr>
      <w:r>
        <w:separator/>
      </w:r>
    </w:p>
  </w:footnote>
  <w:footnote w:type="continuationSeparator" w:id="0">
    <w:p w:rsidR="00E97B5A" w:rsidRDefault="00E97B5A" w:rsidP="00222D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22D17"/>
    <w:rsid w:val="0029639D"/>
    <w:rsid w:val="00326F90"/>
    <w:rsid w:val="009628FC"/>
    <w:rsid w:val="00AA1D8D"/>
    <w:rsid w:val="00B47730"/>
    <w:rsid w:val="00C4797F"/>
    <w:rsid w:val="00CB0664"/>
    <w:rsid w:val="00E654E7"/>
    <w:rsid w:val="00E97B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276F69A7-0FAE-49B4-BD3D-D3732ACBB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360" w:lineRule="auto"/>
    </w:pPr>
    <w:rPr>
      <w:rFonts w:ascii="宋体" w:eastAsia="宋体" w:hAnsi="宋体"/>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62554-F704-40B2-8FE1-FC3CAF95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邹福珍</cp:lastModifiedBy>
  <cp:revision>3</cp:revision>
  <dcterms:created xsi:type="dcterms:W3CDTF">2013-12-23T23:15:00Z</dcterms:created>
  <dcterms:modified xsi:type="dcterms:W3CDTF">2026-08-04T06:57:00Z</dcterms:modified>
  <cp:category/>
</cp:coreProperties>
</file>