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7FD" w:rsidRDefault="00DD10BC">
      <w:pPr>
        <w:spacing w:after="160"/>
        <w:jc w:val="center"/>
        <w:rPr>
          <w:lang w:eastAsia="zh-CN"/>
        </w:rPr>
      </w:pPr>
      <w:r>
        <w:rPr>
          <w:rFonts w:ascii="黑体" w:eastAsia="黑体" w:hAnsi="黑体"/>
          <w:b/>
          <w:color w:val="1A1A1A"/>
          <w:sz w:val="40"/>
          <w:lang w:eastAsia="zh-CN"/>
        </w:rPr>
        <w:t>换住房源承诺书</w:t>
      </w:r>
    </w:p>
    <w:p w:rsidR="001327FD" w:rsidRDefault="00DD10BC">
      <w:pPr>
        <w:spacing w:after="320"/>
        <w:jc w:val="center"/>
        <w:rPr>
          <w:lang w:eastAsia="zh-CN"/>
        </w:rPr>
      </w:pPr>
      <w:r>
        <w:rPr>
          <w:rFonts w:ascii="楷体" w:eastAsia="楷体" w:hAnsi="楷体"/>
          <w:color w:val="999999"/>
          <w:sz w:val="22"/>
          <w:lang w:eastAsia="zh-CN"/>
        </w:rPr>
        <w:t>（线上确认版</w:t>
      </w:r>
      <w:r>
        <w:rPr>
          <w:rFonts w:ascii="楷体" w:eastAsia="楷体" w:hAnsi="楷体"/>
          <w:color w:val="999999"/>
          <w:sz w:val="22"/>
          <w:lang w:eastAsia="zh-CN"/>
        </w:rPr>
        <w:t xml:space="preserve">  V1.0  </w:t>
      </w:r>
      <w:r>
        <w:rPr>
          <w:rFonts w:ascii="楷体" w:eastAsia="楷体" w:hAnsi="楷体"/>
          <w:color w:val="999999"/>
          <w:sz w:val="22"/>
          <w:lang w:eastAsia="zh-CN"/>
        </w:rPr>
        <w:t>生效日期：</w:t>
      </w:r>
      <w:r>
        <w:rPr>
          <w:rFonts w:ascii="楷体" w:eastAsia="楷体" w:hAnsi="楷体"/>
          <w:color w:val="999999"/>
          <w:sz w:val="22"/>
          <w:lang w:eastAsia="zh-CN"/>
        </w:rPr>
        <w:t>2026</w:t>
      </w:r>
      <w:r>
        <w:rPr>
          <w:rFonts w:ascii="楷体" w:eastAsia="楷体" w:hAnsi="楷体"/>
          <w:color w:val="999999"/>
          <w:sz w:val="22"/>
          <w:lang w:eastAsia="zh-CN"/>
        </w:rPr>
        <w:t>年</w:t>
      </w:r>
      <w:r>
        <w:rPr>
          <w:rFonts w:ascii="楷体" w:eastAsia="楷体" w:hAnsi="楷体"/>
          <w:color w:val="999999"/>
          <w:sz w:val="22"/>
          <w:lang w:eastAsia="zh-CN"/>
        </w:rPr>
        <w:t>8</w:t>
      </w:r>
      <w:r>
        <w:rPr>
          <w:rFonts w:ascii="楷体" w:eastAsia="楷体" w:hAnsi="楷体"/>
          <w:color w:val="999999"/>
          <w:sz w:val="22"/>
          <w:lang w:eastAsia="zh-CN"/>
        </w:rPr>
        <w:t>月）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本人（即房源上传人，下称</w:t>
      </w:r>
      <w:r>
        <w:rPr>
          <w:lang w:eastAsia="zh-CN"/>
        </w:rPr>
        <w:t>"</w:t>
      </w:r>
      <w:r>
        <w:rPr>
          <w:lang w:eastAsia="zh-CN"/>
        </w:rPr>
        <w:t>本人</w:t>
      </w:r>
      <w:r>
        <w:rPr>
          <w:lang w:eastAsia="zh-CN"/>
        </w:rPr>
        <w:t>"</w:t>
      </w:r>
      <w:r>
        <w:rPr>
          <w:lang w:eastAsia="zh-CN"/>
        </w:rPr>
        <w:t>）就通过</w:t>
      </w:r>
      <w:r>
        <w:rPr>
          <w:lang w:eastAsia="zh-CN"/>
        </w:rPr>
        <w:t>"</w:t>
      </w:r>
      <w:r>
        <w:rPr>
          <w:lang w:eastAsia="zh-CN"/>
        </w:rPr>
        <w:t>住趣多</w:t>
      </w:r>
      <w:r>
        <w:rPr>
          <w:lang w:eastAsia="zh-CN"/>
        </w:rPr>
        <w:t>"</w:t>
      </w:r>
      <w:r>
        <w:rPr>
          <w:lang w:eastAsia="zh-CN"/>
        </w:rPr>
        <w:t>平台上传房源用于共享旅居换住服务，就房源权属、房屋安全、接待协助、信息真实性及各项责任义务，向广东富泰科技创新有限公司及其关联公司</w:t>
      </w:r>
      <w:bookmarkStart w:id="0" w:name="_GoBack"/>
      <w:bookmarkEnd w:id="0"/>
      <w:r>
        <w:rPr>
          <w:lang w:eastAsia="zh-CN"/>
        </w:rPr>
        <w:t>（下称</w:t>
      </w:r>
      <w:r>
        <w:rPr>
          <w:lang w:eastAsia="zh-CN"/>
        </w:rPr>
        <w:t>"</w:t>
      </w:r>
      <w:r>
        <w:rPr>
          <w:lang w:eastAsia="zh-CN"/>
        </w:rPr>
        <w:t>住趣多</w:t>
      </w:r>
      <w:r>
        <w:rPr>
          <w:lang w:eastAsia="zh-CN"/>
        </w:rPr>
        <w:t>"</w:t>
      </w:r>
      <w:r>
        <w:rPr>
          <w:lang w:eastAsia="zh-CN"/>
        </w:rPr>
        <w:t>）及换住入住人作出以下确认与承诺：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一、房源权属承诺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本人承诺对所上传的房屋（下称</w:t>
      </w:r>
      <w:r>
        <w:rPr>
          <w:lang w:eastAsia="zh-CN"/>
        </w:rPr>
        <w:t>"</w:t>
      </w:r>
      <w:r>
        <w:rPr>
          <w:lang w:eastAsia="zh-CN"/>
        </w:rPr>
        <w:t>该房屋</w:t>
      </w:r>
      <w:r>
        <w:rPr>
          <w:lang w:eastAsia="zh-CN"/>
        </w:rPr>
        <w:t>"</w:t>
      </w:r>
      <w:r>
        <w:rPr>
          <w:lang w:eastAsia="zh-CN"/>
        </w:rPr>
        <w:t>）拥有合法、有效的使用权（包括但不限于所有权、租赁权或其他合法使用权），且该使用权在本人与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平台合作期间持续有效。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本人承诺该房屋可以合法用于</w:t>
      </w:r>
      <w:r>
        <w:rPr>
          <w:lang w:eastAsia="zh-CN"/>
        </w:rPr>
        <w:t>"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"</w:t>
      </w:r>
      <w:r>
        <w:rPr>
          <w:lang w:eastAsia="zh-CN"/>
        </w:rPr>
        <w:t>平台的共享旅居换住服务，不违反相关法律法规、房屋买卖合同、租赁合同、物业管理规约或其他协议的约定。如该房屋系本人租赁取得，本人承诺已获得产权人（房东）书面同意，允许本人将该房屋通过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平台进行换住服务。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本人承诺该房屋不存在权属争议、司法查封、行政限制或其他可能影响换住服务履行的法律障碍。如因权属问题导致换住入住人无法正常入住或造成损失的，由本人承担全部责任及费用，并赔偿因此给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或换住入住人造成的全部损失。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二、房屋安全与可用性承诺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本人承诺该房屋在交付换住入住人使</w:t>
      </w:r>
      <w:r>
        <w:rPr>
          <w:lang w:eastAsia="zh-CN"/>
        </w:rPr>
        <w:t>用时，具备正常居住的基本条件，确保安全可用，具体包括但不限于：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（一）水、电、燃气供应正常，相关管线及设施无泄漏、无故障、无安全隐患；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（二）门窗锁具完好，可正常开关及锁闭，保障入住人的人身及财产安全；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lastRenderedPageBreak/>
        <w:t>（三）家用电器（包括但不限于空调、热水器、冰箱、洗衣机、电视、厨具等）功能正常，无漏电、漏气等安全隐患；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（四）床具、家具等生活设施齐全且处于可正常使用状态；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（五）房屋结构安全，不存在墙体开裂、漏水、渗水等影响居住安全的问题；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（六）消防设施（如灭火器、烟雾报警器等）按规定配备且功能正常，疏散通道畅通；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（七）卫生间、厨房等区域排水通畅，无堵塞、返味等问题。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本人承诺在换住入住人入住前完成上述设施的检查和维护。如因房屋或设施安全问题导致换住入住人的人身伤害或财产损失，由本人承担全部责任及费用。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三、接待与协助承诺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本人承诺在约定的换住期间，确保该房屋可供换住入住人正常入住使用，不得因本人原因导致换住入住人无法入住或中途被迫搬离。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本人承诺在换住入住人到达时提供以下协助：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（一）按时完成钥匙或</w:t>
      </w:r>
      <w:proofErr w:type="gramStart"/>
      <w:r>
        <w:rPr>
          <w:lang w:eastAsia="zh-CN"/>
        </w:rPr>
        <w:t>门禁卡</w:t>
      </w:r>
      <w:proofErr w:type="gramEnd"/>
      <w:r>
        <w:rPr>
          <w:lang w:eastAsia="zh-CN"/>
        </w:rPr>
        <w:t>的交接，或配合完成智能锁密码的设置与告知；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（二）</w:t>
      </w:r>
      <w:proofErr w:type="gramStart"/>
      <w:r>
        <w:rPr>
          <w:lang w:eastAsia="zh-CN"/>
        </w:rPr>
        <w:t>向换住</w:t>
      </w:r>
      <w:proofErr w:type="gramEnd"/>
      <w:r>
        <w:rPr>
          <w:lang w:eastAsia="zh-CN"/>
        </w:rPr>
        <w:t>入住人介绍房屋内各类设施的使用方法及注意事项（如热水器操</w:t>
      </w:r>
      <w:r>
        <w:rPr>
          <w:lang w:eastAsia="zh-CN"/>
        </w:rPr>
        <w:t>作、燃气灶使用、电器开关位置等）；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（三）告知周边生活配套设施信息（如超市、医院、交通站点等）及紧急联系方式；</w:t>
      </w:r>
    </w:p>
    <w:p w:rsidR="001327FD" w:rsidRDefault="00DD10BC">
      <w:pPr>
        <w:spacing w:after="60"/>
        <w:ind w:left="850"/>
        <w:rPr>
          <w:lang w:eastAsia="zh-CN"/>
        </w:rPr>
      </w:pPr>
      <w:r>
        <w:rPr>
          <w:lang w:eastAsia="zh-CN"/>
        </w:rPr>
        <w:t>（四）在换住期间保持通讯畅通，如换住入住人遇到房屋设施故障或其他问题，本人承诺在接到通知后及时响应并协调解决。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如因本人未履行上述接待协助义务，导致换住入住人无法正常入住或使用房屋的，由本人承担全部责任，并赔偿因此给换住入住人及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造成的全部损失。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四、房源信息真实性承诺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lastRenderedPageBreak/>
        <w:t>本人承诺在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平台上传的房源信息（包括但不限于房屋照片、视频、位置信息、面积、户型、设施清单、周边环境描述等）均真实、准确、完整，不存在虚假描述、夸大宣传或误导性信息。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本人承诺如房屋状况发生变化（包括但不限于设施增减、维修、拆迁、权属变更等），将及时</w:t>
      </w:r>
      <w:proofErr w:type="gramStart"/>
      <w:r>
        <w:rPr>
          <w:lang w:eastAsia="zh-CN"/>
        </w:rPr>
        <w:t>通知住趣多</w:t>
      </w:r>
      <w:proofErr w:type="gramEnd"/>
      <w:r>
        <w:rPr>
          <w:lang w:eastAsia="zh-CN"/>
        </w:rPr>
        <w:t>并更新房源信息。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如因房源信息不真实、不准确或不完整，导致换住入住人产生误解或遭受损失的，由本人承担全部责任及费用。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五、保险与责任</w:t>
      </w:r>
    </w:p>
    <w:p w:rsidR="001327FD" w:rsidRDefault="00DD10BC">
      <w:pPr>
        <w:spacing w:before="160" w:after="160"/>
        <w:ind w:left="283" w:right="283"/>
        <w:rPr>
          <w:lang w:eastAsia="zh-CN"/>
        </w:rPr>
      </w:pPr>
      <w:r>
        <w:rPr>
          <w:rFonts w:ascii="楷体" w:eastAsia="楷体" w:hAnsi="楷体"/>
          <w:b/>
          <w:color w:val="CC0000"/>
          <w:sz w:val="22"/>
          <w:lang w:eastAsia="zh-CN"/>
        </w:rPr>
        <w:t>【特别提示】以下免责条款涉及您的重要权益，请逐条仔细阅读并确认。</w:t>
      </w:r>
      <w:proofErr w:type="gramStart"/>
      <w:r>
        <w:rPr>
          <w:rFonts w:ascii="楷体" w:eastAsia="楷体" w:hAnsi="楷体"/>
          <w:b/>
          <w:color w:val="CC0000"/>
          <w:sz w:val="22"/>
          <w:lang w:eastAsia="zh-CN"/>
        </w:rPr>
        <w:t>您勾选确认</w:t>
      </w:r>
      <w:proofErr w:type="gramEnd"/>
      <w:r>
        <w:rPr>
          <w:rFonts w:ascii="楷体" w:eastAsia="楷体" w:hAnsi="楷体"/>
          <w:b/>
          <w:color w:val="CC0000"/>
          <w:sz w:val="22"/>
          <w:lang w:eastAsia="zh-CN"/>
        </w:rPr>
        <w:t>即表示已充分理解并同意接受以下条款的约束</w:t>
      </w:r>
      <w:r>
        <w:rPr>
          <w:rFonts w:ascii="楷体" w:eastAsia="楷体" w:hAnsi="楷体"/>
          <w:b/>
          <w:color w:val="CC0000"/>
          <w:sz w:val="22"/>
          <w:lang w:eastAsia="zh-CN"/>
        </w:rPr>
        <w:t>。</w:t>
      </w:r>
    </w:p>
    <w:p w:rsidR="001327FD" w:rsidRDefault="00DD10BC">
      <w:pPr>
        <w:ind w:firstLine="420"/>
        <w:rPr>
          <w:lang w:eastAsia="zh-CN"/>
        </w:rPr>
      </w:pPr>
      <w:r>
        <w:rPr>
          <w:b/>
          <w:lang w:eastAsia="zh-CN"/>
        </w:rPr>
        <w:t>【保险建议】</w:t>
      </w:r>
      <w:r>
        <w:rPr>
          <w:lang w:eastAsia="zh-CN"/>
        </w:rPr>
        <w:t>本人理解并同意，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建议换住入住人在入住前自行购买个人意外保险及财产保险。本人亦可根据自身需要，为该房屋购买相应的财产保险，以覆盖换住期间可能发生的房屋及设施损坏风险。</w:t>
      </w:r>
    </w:p>
    <w:p w:rsidR="001327FD" w:rsidRDefault="00DD10BC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【损坏追偿】</w:t>
      </w:r>
      <w:r>
        <w:rPr>
          <w:lang w:eastAsia="zh-CN"/>
        </w:rPr>
        <w:t>换住入住人在换住期间因故意或重大过失造成该房屋及设施损坏的，本人有权依据</w:t>
      </w:r>
      <w:proofErr w:type="gramStart"/>
      <w:r>
        <w:rPr>
          <w:lang w:eastAsia="zh-CN"/>
        </w:rPr>
        <w:t>《换住承诺书》向换住</w:t>
      </w:r>
      <w:proofErr w:type="gramEnd"/>
      <w:r>
        <w:rPr>
          <w:lang w:eastAsia="zh-CN"/>
        </w:rPr>
        <w:t>入住人主张赔偿。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将协助</w:t>
      </w:r>
      <w:proofErr w:type="gramStart"/>
      <w:r>
        <w:rPr>
          <w:lang w:eastAsia="zh-CN"/>
        </w:rPr>
        <w:t>本人与换住</w:t>
      </w:r>
      <w:proofErr w:type="gramEnd"/>
      <w:r>
        <w:rPr>
          <w:lang w:eastAsia="zh-CN"/>
        </w:rPr>
        <w:t>入住人进行沟通协调，但不承担直接的赔偿责任。</w:t>
      </w:r>
    </w:p>
    <w:p w:rsidR="001327FD" w:rsidRDefault="00DD10BC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【不可抗力】</w:t>
      </w:r>
      <w:r>
        <w:rPr>
          <w:lang w:eastAsia="zh-CN"/>
        </w:rPr>
        <w:t>因自然灾害（地震、暴雨、洪水、雷击等）、政府行为等不可抗力造成该房屋及设施损失的，由本人自行承担，双方互不追究。</w:t>
      </w:r>
    </w:p>
    <w:p w:rsidR="001327FD" w:rsidRDefault="00DD10BC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【平台免责】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作为信息撮合及服务平台，不对该房屋的权属、安全性、可用性承担担保责任。因该房屋本身原因或本人原因导致的一切后果，由本人独立承担。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六、配合管理承诺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</w:t>
      </w:r>
      <w:proofErr w:type="gramStart"/>
      <w:r>
        <w:rPr>
          <w:lang w:eastAsia="zh-CN"/>
        </w:rPr>
        <w:t>遵守住趣多</w:t>
      </w:r>
      <w:proofErr w:type="gramEnd"/>
      <w:r>
        <w:rPr>
          <w:lang w:eastAsia="zh-CN"/>
        </w:rPr>
        <w:t>平台的各项规则及管理制度，配合平台进行房源审核、信息核实及必要的实地查验工作。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lastRenderedPageBreak/>
        <w:t>本人承诺在换住服务结束后，及时通过平台确认换</w:t>
      </w:r>
      <w:proofErr w:type="gramStart"/>
      <w:r>
        <w:rPr>
          <w:lang w:eastAsia="zh-CN"/>
        </w:rPr>
        <w:t>住完成</w:t>
      </w:r>
      <w:proofErr w:type="gramEnd"/>
      <w:r>
        <w:rPr>
          <w:lang w:eastAsia="zh-CN"/>
        </w:rPr>
        <w:t>状态，并</w:t>
      </w:r>
      <w:proofErr w:type="gramStart"/>
      <w:r>
        <w:rPr>
          <w:lang w:eastAsia="zh-CN"/>
        </w:rPr>
        <w:t>对换住入住</w:t>
      </w:r>
      <w:proofErr w:type="gramEnd"/>
      <w:r>
        <w:rPr>
          <w:lang w:eastAsia="zh-CN"/>
        </w:rPr>
        <w:t>人进行如实评价。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如换住入住人就房屋状况、设施使用等问题向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提出投诉或反馈，本人承诺积极</w:t>
      </w:r>
      <w:proofErr w:type="gramStart"/>
      <w:r>
        <w:rPr>
          <w:lang w:eastAsia="zh-CN"/>
        </w:rPr>
        <w:t>配合住趣多</w:t>
      </w:r>
      <w:proofErr w:type="gramEnd"/>
      <w:r>
        <w:rPr>
          <w:lang w:eastAsia="zh-CN"/>
        </w:rPr>
        <w:t>进行核实和协调处理。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七、违约责任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本人承诺严格遵守</w:t>
      </w:r>
      <w:proofErr w:type="gramStart"/>
      <w:r>
        <w:rPr>
          <w:lang w:eastAsia="zh-CN"/>
        </w:rPr>
        <w:t>本承诺书各项</w:t>
      </w:r>
      <w:proofErr w:type="gramEnd"/>
      <w:r>
        <w:rPr>
          <w:lang w:eastAsia="zh-CN"/>
        </w:rPr>
        <w:t>条款。如有违反</w:t>
      </w:r>
      <w:r>
        <w:rPr>
          <w:lang w:eastAsia="zh-CN"/>
        </w:rPr>
        <w:t>，本人承担由此产生的全部责任及费用，包括但不限于赔偿换住入住人及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的全部直接及间接损失。</w:t>
      </w:r>
    </w:p>
    <w:p w:rsidR="001327FD" w:rsidRDefault="00DD10BC">
      <w:pPr>
        <w:ind w:firstLine="420"/>
        <w:rPr>
          <w:lang w:eastAsia="zh-CN"/>
        </w:rPr>
      </w:pPr>
      <w:proofErr w:type="gramStart"/>
      <w:r>
        <w:rPr>
          <w:lang w:eastAsia="zh-CN"/>
        </w:rPr>
        <w:t>住趣多有权</w:t>
      </w:r>
      <w:proofErr w:type="gramEnd"/>
      <w:r>
        <w:rPr>
          <w:lang w:eastAsia="zh-CN"/>
        </w:rPr>
        <w:t>在本人违约时采取以下一项或多项措施：暂停或终止本人在平台上的房源展示、取消换住订单、关闭本人平台账号、追究法律责任。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八、其他条款</w:t>
      </w:r>
    </w:p>
    <w:p w:rsidR="001327FD" w:rsidRDefault="00DD10BC">
      <w:pPr>
        <w:ind w:firstLine="420"/>
        <w:rPr>
          <w:lang w:eastAsia="zh-CN"/>
        </w:rPr>
      </w:pPr>
      <w:r>
        <w:rPr>
          <w:lang w:eastAsia="zh-CN"/>
        </w:rPr>
        <w:t>以上承诺内容是本人的真实意思表示。对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书的各项条款，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工作人员已充分告知本人，本人已完全理解并自愿承诺。若发生纠纷，以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书为准。</w:t>
      </w:r>
    </w:p>
    <w:p w:rsidR="001327FD" w:rsidRDefault="00DD10BC">
      <w:pPr>
        <w:ind w:firstLine="420"/>
        <w:rPr>
          <w:lang w:eastAsia="zh-CN"/>
        </w:rPr>
      </w:pP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书自本人通过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平台成功上传房源并经平台审核通过后生效，在本人在平台发布房源期间持续有效。</w:t>
      </w:r>
    </w:p>
    <w:p w:rsidR="001327FD" w:rsidRDefault="00DD10BC">
      <w:pPr>
        <w:ind w:firstLine="420"/>
        <w:rPr>
          <w:lang w:eastAsia="zh-CN"/>
        </w:rPr>
      </w:pPr>
      <w:proofErr w:type="gramStart"/>
      <w:r>
        <w:rPr>
          <w:lang w:eastAsia="zh-CN"/>
        </w:rPr>
        <w:t>本承诺书各项</w:t>
      </w:r>
      <w:proofErr w:type="gramEnd"/>
      <w:r>
        <w:rPr>
          <w:lang w:eastAsia="zh-CN"/>
        </w:rPr>
        <w:t>条款的解释、效力及争议</w:t>
      </w:r>
      <w:r>
        <w:rPr>
          <w:lang w:eastAsia="zh-CN"/>
        </w:rPr>
        <w:t>解决，适用中华人民共和国大陆地区法律，协商不成时提交中国广东省广州市天河区人民法院诉讼解决。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【特别提示与分项确认】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请您逐项阅读以下条款，并</w:t>
      </w:r>
      <w:proofErr w:type="gramStart"/>
      <w:r>
        <w:rPr>
          <w:lang w:eastAsia="zh-CN"/>
        </w:rPr>
        <w:t>分别勾选确认</w:t>
      </w:r>
      <w:proofErr w:type="gramEnd"/>
      <w:r>
        <w:rPr>
          <w:lang w:eastAsia="zh-CN"/>
        </w:rPr>
        <w:t>。全部</w:t>
      </w:r>
      <w:proofErr w:type="gramStart"/>
      <w:r>
        <w:rPr>
          <w:lang w:eastAsia="zh-CN"/>
        </w:rPr>
        <w:t>勾选后方</w:t>
      </w:r>
      <w:proofErr w:type="gramEnd"/>
      <w:r>
        <w:rPr>
          <w:lang w:eastAsia="zh-CN"/>
        </w:rPr>
        <w:t>可提交房源上传。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一、主体资格确认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本人已年满</w:t>
      </w:r>
      <w:r>
        <w:rPr>
          <w:lang w:eastAsia="zh-CN"/>
        </w:rPr>
        <w:t>18</w:t>
      </w:r>
      <w:r>
        <w:rPr>
          <w:lang w:eastAsia="zh-CN"/>
        </w:rPr>
        <w:t>周岁，具备完全民事行为能力。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二、全文阅读确认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本人已完整阅读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书全文，充分理解各项条款的含义及法律后果。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三、房源权属确认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lastRenderedPageBreak/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本人确认对上传房屋拥有合法使用权，可合法用于平台换住服务。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本人确认如系租赁房屋，已取得产权人书面同意。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本人确认该房屋不存在权属争议、司法查封等法律障碍。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四、房屋安全确认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本人确认房屋水电气、各类设施安全可用，已在入住前完成检查维护。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五、接待协助确认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本人承诺在换住期间确保房屋可入住，并按时协助办理入住交接。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六、信息真实性确认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本人确认房源信息（照片、描述、设施等）真实准确，无虚假误导。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七、重要免责条款逐项确认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</w:t>
      </w:r>
      <w:proofErr w:type="gramStart"/>
      <w:r>
        <w:rPr>
          <w:b/>
          <w:color w:val="CC0000"/>
          <w:lang w:eastAsia="zh-CN"/>
        </w:rPr>
        <w:t>住趣多</w:t>
      </w:r>
      <w:proofErr w:type="gramEnd"/>
      <w:r>
        <w:rPr>
          <w:b/>
          <w:color w:val="CC0000"/>
          <w:lang w:eastAsia="zh-CN"/>
        </w:rPr>
        <w:t>作为信息平台，不对房屋权属、安全性承担担保责任。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本人已特别注意并理解：因房屋本身原因导致入住人损失的，由本人独立承担。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</w:t>
      </w:r>
      <w:r>
        <w:rPr>
          <w:b/>
          <w:color w:val="CC0000"/>
          <w:lang w:eastAsia="zh-CN"/>
        </w:rPr>
        <w:t>特别注意并理解：因不可抗力造成房屋损失的，由本人自行承担。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本人已特别注意并理解：违约</w:t>
      </w:r>
      <w:proofErr w:type="gramStart"/>
      <w:r>
        <w:rPr>
          <w:b/>
          <w:color w:val="CC0000"/>
          <w:lang w:eastAsia="zh-CN"/>
        </w:rPr>
        <w:t>时住趣多有权</w:t>
      </w:r>
      <w:proofErr w:type="gramEnd"/>
      <w:r>
        <w:rPr>
          <w:b/>
          <w:color w:val="CC0000"/>
          <w:lang w:eastAsia="zh-CN"/>
        </w:rPr>
        <w:t>暂停展示、取消订单、关闭账号。</w:t>
      </w:r>
    </w:p>
    <w:p w:rsidR="001327FD" w:rsidRDefault="00DD10BC">
      <w:pPr>
        <w:rPr>
          <w:lang w:eastAsia="zh-CN"/>
        </w:rPr>
      </w:pPr>
      <w:r>
        <w:rPr>
          <w:lang w:eastAsia="zh-CN"/>
        </w:rPr>
        <w:t>八、效力确认</w:t>
      </w:r>
    </w:p>
    <w:p w:rsidR="001327FD" w:rsidRDefault="00DD10BC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本人理解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书自房源审核通过后生效，在发布房源期间持续有效。</w:t>
      </w:r>
    </w:p>
    <w:p w:rsidR="001327FD" w:rsidRDefault="00DD10B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【在线确认声明】</w:t>
      </w:r>
    </w:p>
    <w:p w:rsidR="001327FD" w:rsidRDefault="00DD10BC">
      <w:pPr>
        <w:spacing w:before="200" w:after="120"/>
        <w:ind w:firstLine="420"/>
        <w:rPr>
          <w:lang w:eastAsia="zh-CN"/>
        </w:rPr>
      </w:pPr>
      <w:r>
        <w:rPr>
          <w:b/>
          <w:lang w:eastAsia="zh-CN"/>
        </w:rPr>
        <w:lastRenderedPageBreak/>
        <w:t>本人通过</w:t>
      </w:r>
      <w:r>
        <w:rPr>
          <w:b/>
          <w:lang w:eastAsia="zh-CN"/>
        </w:rPr>
        <w:t>"</w:t>
      </w:r>
      <w:proofErr w:type="gramStart"/>
      <w:r>
        <w:rPr>
          <w:b/>
          <w:lang w:eastAsia="zh-CN"/>
        </w:rPr>
        <w:t>住趣多</w:t>
      </w:r>
      <w:proofErr w:type="gramEnd"/>
      <w:r>
        <w:rPr>
          <w:b/>
          <w:lang w:eastAsia="zh-CN"/>
        </w:rPr>
        <w:t>"</w:t>
      </w:r>
      <w:r>
        <w:rPr>
          <w:b/>
          <w:lang w:eastAsia="zh-CN"/>
        </w:rPr>
        <w:t>平台在线阅读上述承诺书全文，并</w:t>
      </w:r>
      <w:proofErr w:type="gramStart"/>
      <w:r>
        <w:rPr>
          <w:b/>
          <w:lang w:eastAsia="zh-CN"/>
        </w:rPr>
        <w:t>逐项勾选确认</w:t>
      </w:r>
      <w:proofErr w:type="gramEnd"/>
      <w:r>
        <w:rPr>
          <w:b/>
          <w:lang w:eastAsia="zh-CN"/>
        </w:rPr>
        <w:t>。本人确认：</w:t>
      </w:r>
      <w:proofErr w:type="gramStart"/>
      <w:r>
        <w:rPr>
          <w:b/>
          <w:lang w:eastAsia="zh-CN"/>
        </w:rPr>
        <w:t>上述勾选确认</w:t>
      </w:r>
      <w:proofErr w:type="gramEnd"/>
      <w:r>
        <w:rPr>
          <w:b/>
          <w:lang w:eastAsia="zh-CN"/>
        </w:rPr>
        <w:t>行为系本人亲自操作，系本人真实意思表示，具有与书面签字同等的法律效力。本人同意</w:t>
      </w:r>
      <w:proofErr w:type="gramStart"/>
      <w:r>
        <w:rPr>
          <w:b/>
          <w:lang w:eastAsia="zh-CN"/>
        </w:rPr>
        <w:t>住趣多</w:t>
      </w:r>
      <w:proofErr w:type="gramEnd"/>
      <w:r>
        <w:rPr>
          <w:b/>
          <w:lang w:eastAsia="zh-CN"/>
        </w:rPr>
        <w:t>记录本次确认的时间、账号、设备等信息作为确认凭证。</w:t>
      </w:r>
    </w:p>
    <w:sectPr w:rsidR="001327FD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27FD"/>
    <w:rsid w:val="0015074B"/>
    <w:rsid w:val="0029639D"/>
    <w:rsid w:val="00326F90"/>
    <w:rsid w:val="00AA1D8D"/>
    <w:rsid w:val="00B47730"/>
    <w:rsid w:val="00CB0664"/>
    <w:rsid w:val="00DD10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CC9734B-BCCB-4CAC-A2A9-37B5C08B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360" w:lineRule="auto"/>
    </w:pPr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0FE39B-FF5E-4025-9342-88C656F2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邹福珍</cp:lastModifiedBy>
  <cp:revision>2</cp:revision>
  <dcterms:created xsi:type="dcterms:W3CDTF">2013-12-23T23:15:00Z</dcterms:created>
  <dcterms:modified xsi:type="dcterms:W3CDTF">2026-08-04T07:45:00Z</dcterms:modified>
  <cp:category/>
</cp:coreProperties>
</file>