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 w:eastAsia="微软雅黑"/>
          <w:b/>
          <w:color w:val="1F4E79"/>
          <w:sz w:val="40"/>
        </w:rPr>
        <w:t>旅居换住平台——用户激励计划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版本：V1.0 | 制定日期：2026年4月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目标：降低房主入驻门槛、激发换住行为、提升平台活跃度</w:t>
      </w:r>
    </w:p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一、现状诊断与核心痛点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痛点类型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具体表现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激励方向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**供给侧**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房主有空置房，但需自行置办布草、电子锁等，前期成本高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降低入驻成本、提供物资支持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**需求侧**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换住住宿成本低，但交通成本才是大头，综合性价比不突出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补贴出行、提升换住价值感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**行为侧**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平台用户活跃度低，换住行为零散，缺乏持续参与动力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积分体系、社群氛围、荣誉机制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二、供给侧激励计划（让更多房主愿意共享房源）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2.1 入驻补贴计划——"零门槛开门计划"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目标：解决房主"置办成本高"的顾虑，打通房源供给的第一公里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激励项目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内容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**布草礼包**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新入驻房主免费领取1套标准换住布草包（床单、枕套、浴巾等）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平台统一采购，成本可控；首批限量发放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**智能门锁补贴**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合作采购智能电子锁，房主享平台补贴价（最高补贴200元）或以积分兑换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与门锁厂商建立战略合作，批量采购降低成本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**拍照上架服务**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提供免费或优惠的专业房源拍摄服务（或线上拍摄指引包）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提升房源展示质量，提高预订转化率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**首单成功奖励**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房源完成第一次换住后，奖励平台抵用积分500分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激励房主完成"破冰"第一步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2.2 房主成长体系——"房东星级计划"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目标：让长期挂房的房主获得更多特权，形成正向循环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>普通房东 → 银星房东（3次换住） → 金星房东（10次换住） → 钻石房东（30次换住）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等级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条件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核心权益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普通房东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完成入驻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基础换住资格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🥈 银星房东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累计换住≥3次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优先展示排名 + 布草补充1套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🥇 金星房东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累计换住≥10次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专属客服 + 年度换住大礼包 + 平台费率优惠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💎 钻石房东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累计换住≥30次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城市形象大使 + 联名周边礼品 + 媒体曝光机会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2.3 闲置变现通道——"积分托管计划"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背景：部分房主自身不常出行，换住积分用不完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方案：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房主可将换住积分以"积分市集"方式挂牌，供其他需要积分的用户购买或兑换（平台抽取小额手续费）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长期无法出行的房主，可选择"委托换住"模式，由平台代为匹配住客，按入住天数计入积分账户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鼓励房主邀请家庭成员共用积分池（家庭账号功能）</w:t>
      </w:r>
    </w:p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三、需求侧激励计划（让更多人愿意实质换住）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3.1 出行成本补贴——"换住旅途基金"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核心逻辑：换住解决了住宿，但交通才是大头。平台直接切入出行成本，才能真正提高换住性价比。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补贴方式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内容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落地路径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**交通积分奖励**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每完成一次换住，根据出行距离奖励积分（如：300km以内+200分，300km以上+500分）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用户上传行程截图核验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**出行平台合作**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与滴滴、高德、飞猪、携程等合作，换住用户享优惠券或积分互通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BD合作谈判，换流量换资源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**组团换住奖励**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3户或以上家庭组团换住，每户额外奖励积分200分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鼓励社交裂变，降低单人出行心理负担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**淡季换住翻倍**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平台低活跃月份（如工作日、非节假日），积分奖励翻倍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平滑需求曲线，提升非高峰期活跃度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3.2 换住体验保障——消除"换住顾虑"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目标：让用户敢换、放心换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保障措施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内容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**换住保险**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平台与保险公司合作，每次换住自动附赠换住意外险、财产险（责任范围内）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**差评保护机制**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首次换住用户享有1次差评免责保护（避免初次体验不佳就被打分影响信誉）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**换住评价体系**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双向评价（房客评房东、房东评房客），好评积分奖励，优质用户获得更多曝光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**应急响应承诺**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换住期间遇到问题，平台4小时内响应，提供备用住宿方案或补偿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3.3 换住社群运营——打造"旅居生活方式"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目标：让换住不只是住宿行为，而是一种有归属感的生活方式社群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运营动作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内容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**换住故事征集**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每月征集优质换住故事，入选者奖励积分500分+平台官方推广曝光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**换住打卡挑战**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"30城换住达人"挑战，完成换住城市打卡可兑换平台纪念品/积分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**城市换住大使**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每城市评选1名换住大使，享受平台品牌联名权益+本城市房源优先推荐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**私域社群运营**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建立微信换住社群，定期组织线上分享会、换住目的地种草活动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四、积分体系设计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4.1 积分获取规则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行为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积分奖励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完成入驻（首次挂房通过审核）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+300分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完成一次换住（作为房东）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+200分/晚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完成一次换住（作为住客）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+100分/晚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邀请新用户注册并完成首次换住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+500分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撰写换住评价（图文）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+50分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参与平台调研/问卷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+30分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淡季换住（工作日/非节假日）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积分×2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组团换住（3户+）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额外+200分/户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4.2 积分消耗规则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兑换内容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所需积分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兑换智能门锁补贴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1000分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兑换布草包（1套）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800分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兑换出行平台优惠券（50元面值）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600分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兑换换住增值服务（欢迎礼、迎宾服务）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300分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积分市集出售（房主出售积分给其他用户）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市场定价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4.3 积分有效期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积分有效期为2年，每次登录或交易可刷新有效期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积分即将过期前30天，平台发送消息提醒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钻石房东积分永久有效</w:t>
      </w:r>
    </w:p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五、阶段性推进计划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第一阶段（1~3个月）：冷启动激活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目标：完成首批100套优质房源入驻，完成50次真实换住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行动项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责任方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时间节点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推出"零门槛开门计划"，布草礼包发放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运营/供应链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第1个月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上线积分系统与房东星级体系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产品研发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第1个月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开展首批换住用户内测（邀请制）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运营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第2个月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签订首批出行平台合作协议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BD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第2~3个月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第一批换住故事征集与传播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内容/运营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第3个月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第二阶段（4~6个月）：规模增长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目标：月活跃房主达到300+，月换住次数达到200次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行动项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上线积分市集功能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让闲置积分流动起来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推出组团换住活动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节假日前2周启动，借助社交裂变扩大用户圈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城市换住大使评选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在3~5个核心城市启动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媒体/KOL合作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邀请旅居类KOL体验换住并发布内容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第三阶段（7~12个月）：生态构建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目标：形成换住生活方式社区，建立平台品牌认知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行动项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发布年度换住报告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数据驱动品牌传播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举办线下换住节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汇聚用户，加深社群归属感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探索更多场景延伸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换住+民宿、换住+研学、换住+养老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六、预算参考（首年启动）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预算项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预估金额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布草礼包（首批500套）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约10万元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单套约200元，批量采购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门锁补贴（首批200把）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约4万元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单把补贴约200元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积分兑换成本（积分对应价值）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约5万元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含出行券、物资兑换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换住保险（每次约10~20元）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约2万元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首年预计1000次换住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内容运营/KOL合作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约3万元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故事征集、KOL体验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**合计**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**约24万元**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可根据实际规模弹性调整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七、关键成功指标（KPI）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指标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3个月目标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6个月目标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12个月目标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有效房源数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100套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500套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2000套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月换住次数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50次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200次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800次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房主月活率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20%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35%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50%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住客复购率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-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30%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50%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用户推荐率（NPS）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-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40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60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八、总结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本激励计划围绕"降低供给门槛 + 提升换住价值感 + 打造社群归属"三大核心策略展开：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供给侧：用物资补贴和星级体系消除房主的顾虑，让挂房变得简单、有回报；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需求侧：切入用户真实痛点（交通成本），用出行补贴和保障机制让换住真正划算；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运营侧：用积分体系、社群运营和内容传播，将换住从"一次性行为"升级为"生活方式"。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核心理念：换住的终极竞争力不是"节省了多少钱"，而是"体验了多少生活的可能性"。激励计划的目标不只是增加换住次数，而是让用户爱上换住这件事。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*本文档由旅居换住平台运营团队制定，建议结合实际产品进度和用户反馈持续迭代优化。*</w:t>
      </w:r>
    </w:p>
    <w:sectPr w:rsidR="00FC693F" w:rsidRPr="0006063C" w:rsidSect="00034616"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