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 w:after="160"/>
        <w:jc w:val="center"/>
      </w:pPr>
      <w:r>
        <w:rPr>
          <w:rFonts w:ascii="微软雅黑" w:hAnsi="微软雅黑" w:eastAsia="微软雅黑"/>
          <w:b/>
          <w:color w:val="1A1A2E"/>
          <w:sz w:val="52"/>
        </w:rPr>
        <w:t>🌙「来时路」品牌故事视频</w:t>
      </w:r>
    </w:p>
    <w:p>
      <w:pPr>
        <w:spacing w:after="120"/>
        <w:jc w:val="center"/>
      </w:pPr>
      <w:r>
        <w:rPr>
          <w:rFonts w:ascii="微软雅黑" w:hAnsi="微软雅黑" w:eastAsia="微软雅黑"/>
          <w:b/>
          <w:color w:val="818CF8"/>
          <w:sz w:val="36"/>
        </w:rPr>
        <w:t>完整制作方案</w:t>
      </w:r>
    </w:p>
    <w:p>
      <w:pPr>
        <w:spacing w:after="600"/>
        <w:jc w:val="center"/>
      </w:pPr>
      <w:r>
        <w:rPr>
          <w:rFonts w:ascii="微软雅黑" w:hAnsi="微软雅黑" w:eastAsia="微软雅黑"/>
          <w:color w:val="64748B"/>
          <w:sz w:val="22"/>
        </w:rPr>
        <w:t>一个中年职业经理人，从失眠3年到帮你睡个好觉</w:t>
        <w:br/>
        <w:t>思路 · 脚本 · 分镜 · 配乐 · 素材 · 发布</w:t>
      </w:r>
    </w:p>
    <w:p>
      <w:pPr>
        <w:spacing w:after="40"/>
        <w:jc w:val="center"/>
      </w:pPr>
      <w:r>
        <w:rPr>
          <w:rFonts w:ascii="微软雅黑" w:hAnsi="微软雅黑" w:eastAsia="微软雅黑"/>
          <w:color w:val="818CF8"/>
          <w:sz w:val="19"/>
        </w:rPr>
        <w:t>⏱ 时长约2分30秒</w:t>
      </w:r>
    </w:p>
    <w:p>
      <w:pPr>
        <w:spacing w:after="40"/>
        <w:jc w:val="center"/>
      </w:pPr>
      <w:r>
        <w:rPr>
          <w:rFonts w:ascii="微软雅黑" w:hAnsi="微软雅黑" w:eastAsia="微软雅黑"/>
          <w:color w:val="818CF8"/>
          <w:sz w:val="19"/>
        </w:rPr>
        <w:t>📱 视频号/抖音/小红书</w:t>
      </w:r>
    </w:p>
    <w:p>
      <w:pPr>
        <w:spacing w:after="40"/>
        <w:jc w:val="center"/>
      </w:pPr>
      <w:r>
        <w:rPr>
          <w:rFonts w:ascii="微软雅黑" w:hAnsi="微软雅黑" w:eastAsia="微软雅黑"/>
          <w:color w:val="818CF8"/>
          <w:sz w:val="19"/>
        </w:rPr>
        <w:t>🎬 纪实口播+生活B-roll</w:t>
      </w:r>
    </w:p>
    <w:p>
      <w:pPr>
        <w:spacing w:after="40"/>
        <w:jc w:val="center"/>
      </w:pPr>
      <w:r>
        <w:rPr>
          <w:rFonts w:ascii="微软雅黑" w:hAnsi="微软雅黑" w:eastAsia="微软雅黑"/>
          <w:color w:val="818CF8"/>
          <w:sz w:val="19"/>
        </w:rPr>
        <w:t>🎨 深蓝暖光·夜晚安心感</w:t>
      </w:r>
    </w:p>
    <w:p>
      <w:pPr>
        <w:spacing w:after="40"/>
        <w:jc w:val="center"/>
      </w:pPr>
      <w:r>
        <w:rPr>
          <w:rFonts w:ascii="微软雅黑" w:hAnsi="微软雅黑" w:eastAsia="微软雅黑"/>
          <w:color w:val="818CF8"/>
          <w:sz w:val="19"/>
        </w:rPr>
        <w:t>📐 7场景三幕式结构</w:t>
      </w:r>
    </w:p>
    <w:p>
      <w:r>
        <w:br w:type="page"/>
      </w:r>
    </w:p>
    <w:p>
      <w:pPr>
        <w:spacing w:before="320" w:after="120"/>
        <w:pBdr>
          <w:bottom w:val="single" w:sz="6" w:space="4" w:color="818cf8"/>
        </w:pBdr>
      </w:pPr>
      <w:r>
        <w:rPr>
          <w:rFonts w:ascii="微软雅黑" w:hAnsi="微软雅黑" w:eastAsia="微软雅黑"/>
          <w:b/>
          <w:color w:val="1A1A2E"/>
          <w:sz w:val="32"/>
        </w:rPr>
        <w:t>📑 目录</w:t>
      </w:r>
    </w:p>
    <w:p>
      <w:pPr>
        <w:spacing w:after="80"/>
        <w:ind w:left="850"/>
      </w:pPr>
      <w:r>
        <w:rPr>
          <w:rFonts w:ascii="微软雅黑" w:hAnsi="微软雅黑" w:eastAsia="微软雅黑"/>
          <w:color w:val="475569"/>
          <w:sz w:val="22"/>
        </w:rPr>
        <w:t>01  创意思路与叙事策略</w:t>
      </w:r>
    </w:p>
    <w:p>
      <w:pPr>
        <w:spacing w:after="80"/>
        <w:ind w:left="850"/>
      </w:pPr>
      <w:r>
        <w:rPr>
          <w:rFonts w:ascii="微软雅黑" w:hAnsi="微软雅黑" w:eastAsia="微软雅黑"/>
          <w:color w:val="475569"/>
          <w:sz w:val="22"/>
        </w:rPr>
        <w:t>02  脚本结构设计</w:t>
      </w:r>
    </w:p>
    <w:p>
      <w:pPr>
        <w:spacing w:after="80"/>
        <w:ind w:left="850"/>
      </w:pPr>
      <w:r>
        <w:rPr>
          <w:rFonts w:ascii="微软雅黑" w:hAnsi="微软雅黑" w:eastAsia="微软雅黑"/>
          <w:color w:val="475569"/>
          <w:sz w:val="22"/>
        </w:rPr>
        <w:t>03  完整分镜脚本（7场景）</w:t>
      </w:r>
    </w:p>
    <w:p>
      <w:pPr>
        <w:spacing w:after="80"/>
        <w:ind w:left="850"/>
      </w:pPr>
      <w:r>
        <w:rPr>
          <w:rFonts w:ascii="微软雅黑" w:hAnsi="微软雅黑" w:eastAsia="微软雅黑"/>
          <w:color w:val="475569"/>
          <w:sz w:val="22"/>
        </w:rPr>
        <w:t>04  情绪曲线设计</w:t>
      </w:r>
    </w:p>
    <w:p>
      <w:pPr>
        <w:spacing w:after="80"/>
        <w:ind w:left="850"/>
      </w:pPr>
      <w:r>
        <w:rPr>
          <w:rFonts w:ascii="微软雅黑" w:hAnsi="微软雅黑" w:eastAsia="微软雅黑"/>
          <w:color w:val="475569"/>
          <w:sz w:val="22"/>
        </w:rPr>
        <w:t>05  拍摄执行指南</w:t>
      </w:r>
    </w:p>
    <w:p>
      <w:pPr>
        <w:spacing w:after="80"/>
        <w:ind w:left="850"/>
      </w:pPr>
      <w:r>
        <w:rPr>
          <w:rFonts w:ascii="微软雅黑" w:hAnsi="微软雅黑" w:eastAsia="微软雅黑"/>
          <w:color w:val="475569"/>
          <w:sz w:val="22"/>
        </w:rPr>
        <w:t>06  配乐方案</w:t>
      </w:r>
    </w:p>
    <w:p>
      <w:pPr>
        <w:spacing w:after="80"/>
        <w:ind w:left="850"/>
      </w:pPr>
      <w:r>
        <w:rPr>
          <w:rFonts w:ascii="微软雅黑" w:hAnsi="微软雅黑" w:eastAsia="微软雅黑"/>
          <w:color w:val="475569"/>
          <w:sz w:val="22"/>
        </w:rPr>
        <w:t>07  AI生成视频素材清单</w:t>
      </w:r>
    </w:p>
    <w:p>
      <w:pPr>
        <w:spacing w:after="80"/>
        <w:ind w:left="850"/>
      </w:pPr>
      <w:r>
        <w:rPr>
          <w:rFonts w:ascii="微软雅黑" w:hAnsi="微软雅黑" w:eastAsia="微软雅黑"/>
          <w:color w:val="475569"/>
          <w:sz w:val="22"/>
        </w:rPr>
        <w:t>08  发布策略与互动话术</w:t>
      </w:r>
    </w:p>
    <w:p>
      <w:pPr>
        <w:spacing w:after="80"/>
        <w:ind w:left="850"/>
      </w:pPr>
      <w:r>
        <w:rPr>
          <w:rFonts w:ascii="微软雅黑" w:hAnsi="微软雅黑" w:eastAsia="微软雅黑"/>
          <w:color w:val="475569"/>
          <w:sz w:val="22"/>
        </w:rPr>
        <w:t>09  制作Checklist</w:t>
      </w:r>
    </w:p>
    <w:p>
      <w:r>
        <w:br w:type="page"/>
      </w:r>
    </w:p>
    <w:p>
      <w:pPr>
        <w:spacing w:before="320" w:after="120"/>
        <w:pBdr>
          <w:bottom w:val="single" w:sz="6" w:space="4" w:color="818cf8"/>
        </w:pBdr>
      </w:pPr>
      <w:r>
        <w:rPr>
          <w:rFonts w:ascii="微软雅黑" w:hAnsi="微软雅黑" w:eastAsia="微软雅黑"/>
          <w:b/>
          <w:color w:val="1A1A2E"/>
          <w:sz w:val="32"/>
        </w:rPr>
        <w:t>💡 01 · 创意思路与叙事策略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475569"/>
          <w:sz w:val="22"/>
        </w:rPr>
        <w:t>🎯 核心命题</w:t>
      </w:r>
    </w:p>
    <w:p>
      <w:pPr>
        <w:spacing w:after="80" w:line="336" w:lineRule="auto"/>
      </w:pPr>
      <w:r>
        <w:rPr>
          <w:rFonts w:ascii="微软雅黑" w:hAnsi="微软雅黑" w:eastAsia="微软雅黑"/>
          <w:b w:val="0"/>
          <w:i w:val="0"/>
          <w:sz w:val="20"/>
        </w:rPr>
        <w:t>不讲"我是谁"，讲"我为什么做这件事"。用个人真实经历建立信任锚点，让观众在90秒内完成"共情→信任→关注"的心理路径。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475569"/>
          <w:sz w:val="22"/>
        </w:rPr>
        <w:t>👥 目标受众</w:t>
      </w:r>
    </w:p>
    <w:p>
      <w:pPr>
        <w:spacing w:after="80" w:line="336" w:lineRule="auto"/>
      </w:pPr>
      <w:r>
        <w:rPr>
          <w:rFonts w:ascii="微软雅黑" w:hAnsi="微软雅黑" w:eastAsia="微软雅黑"/>
          <w:b w:val="0"/>
          <w:i w:val="0"/>
          <w:sz w:val="20"/>
        </w:rPr>
        <w:t>25-45岁的职场人——有一定经济基础和工作压力，正在或曾经被睡眠问题困扰，对"科学方法论"有认同感，不信任纯营销号。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475569"/>
          <w:sz w:val="22"/>
        </w:rPr>
        <w:t>🔑 信任构建逻辑</w:t>
      </w:r>
    </w:p>
    <w:p>
      <w:pPr>
        <w:spacing w:after="80" w:line="336" w:lineRule="auto"/>
      </w:pPr>
      <w:r>
        <w:rPr>
          <w:rFonts w:ascii="微软雅黑" w:hAnsi="微软雅黑" w:eastAsia="微软雅黑"/>
          <w:b w:val="0"/>
          <w:i w:val="0"/>
          <w:sz w:val="20"/>
        </w:rPr>
        <w:t>不是"我教你"，而是"我踩过坑、研究过、验证过，现在分享给你"。身份从"经理人"转为"同行者"，降低防御心理。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475569"/>
          <w:sz w:val="22"/>
        </w:rPr>
        <w:t>⚡ 差异化</w:t>
      </w:r>
    </w:p>
    <w:p>
      <w:pPr>
        <w:spacing w:after="80" w:line="336" w:lineRule="auto"/>
      </w:pPr>
      <w:r>
        <w:rPr>
          <w:rFonts w:ascii="微软雅黑" w:hAnsi="微软雅黑" w:eastAsia="微软雅黑"/>
          <w:b w:val="0"/>
          <w:i w:val="0"/>
          <w:sz w:val="20"/>
        </w:rPr>
        <w:t>市面睡眠内容多停留在"技巧罗列"或"产品种草"。本片从个人故事切入，先建立情感连接，再做知识输出——情感先行，理性跟上。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0f4ff" w:val="clear"/>
            <w:tcBorders>
              <w:top w:val="single" w:sz="6" w:color="818cf8"/>
              <w:left w:val="single" w:sz="6" w:color="818cf8"/>
              <w:bottom w:val="single" w:sz="6" w:color="818cf8"/>
              <w:right w:val="single" w:sz="6" w:color="818cf8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818CF8"/>
                <w:sz w:val="20"/>
              </w:rPr>
              <w:t>✓ 叙事策略三原则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真实 &gt; 完美：不美化失眠，不夸大效果。承认踩过坑（褪黑素没用、香薰心理安慰），比"我全对了"更有说服力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具体 &gt; 抽象：不说"我很焦虑"，说"凌晨3点17分"；不说"试了很多方法"，说"翻了上百篇论文"——细节即信任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留白 &gt; 满溢：关键转折点留2秒静默，让观众自己体会那个"决定改变"的瞬间，比旁白说出来更有力</w:t>
            </w:r>
          </w:p>
        </w:tc>
      </w:tr>
    </w:tbl>
    <w:p/>
    <w:p>
      <w:pPr>
        <w:spacing w:before="320" w:after="120"/>
        <w:pBdr>
          <w:bottom w:val="single" w:sz="6" w:space="4" w:color="818cf8"/>
        </w:pBdr>
      </w:pPr>
      <w:r>
        <w:rPr>
          <w:rFonts w:ascii="微软雅黑" w:hAnsi="微软雅黑" w:eastAsia="微软雅黑"/>
          <w:b/>
          <w:color w:val="1A1A2E"/>
          <w:sz w:val="32"/>
        </w:rPr>
        <w:t>📐 02 · 脚本结构设计</w:t>
      </w:r>
    </w:p>
    <w:p>
      <w:pPr>
        <w:spacing w:after="80" w:line="336" w:lineRule="auto"/>
      </w:pPr>
      <w:r>
        <w:rPr>
          <w:rFonts w:ascii="微软雅黑" w:hAnsi="微软雅黑" w:eastAsia="微软雅黑"/>
          <w:b w:val="0"/>
          <w:i w:val="0"/>
          <w:sz w:val="21"/>
        </w:rPr>
        <w:t>采用经典三幕式结构，7个场景，总时长约2分30秒。每一幕承担不同的叙事任务，情绪从压抑到温暖递进。</w:t>
      </w:r>
    </w:p>
    <w:p>
      <w:pPr>
        <w:spacing w:after="80" w:line="336" w:lineRule="auto"/>
      </w:pPr>
      <w:r>
        <w:rPr>
          <w:rFonts w:ascii="微软雅黑" w:hAnsi="微软雅黑" w:eastAsia="微软雅黑"/>
          <w:b/>
          <w:i w:val="0"/>
          <w:color w:val="818CF8"/>
          <w:sz w:val="20"/>
        </w:rPr>
        <w:t>第一幕：困境（Scene 1-2，0:00-0:50）→ 转折点（Scene 3，0:50-1:15）→ 第二幕：探索（Scene 4，1:15-1:55）→ 第三幕：使命（Scene 5-7，1:55-2:55）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134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幕</w:t>
            </w:r>
          </w:p>
        </w:tc>
        <w:tc>
          <w:tcPr>
            <w:tcW w:type="dxa" w:w="1701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场景</w:t>
            </w:r>
          </w:p>
        </w:tc>
        <w:tc>
          <w:tcPr>
            <w:tcW w:type="dxa" w:w="3402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叙事任务</w:t>
            </w:r>
          </w:p>
        </w:tc>
        <w:tc>
          <w:tcPr>
            <w:tcW w:type="dxa" w:w="2268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观众心理</w:t>
            </w:r>
          </w:p>
        </w:tc>
      </w:tr>
      <w:tr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第一幕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S1 开场钩子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用具体时间（03:17）制造代入感</w:t>
            </w:r>
          </w:p>
        </w:tc>
        <w:tc>
          <w:tcPr>
            <w:tcW w:type="dxa" w:w="2268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"这不就是我吗"</w:t>
            </w:r>
          </w:p>
        </w:tc>
      </w:tr>
      <w:tr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第一幕</w:t>
            </w:r>
          </w:p>
        </w:tc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S2 身份困境</w:t>
            </w:r>
          </w:p>
        </w:tc>
        <w:tc>
          <w:tcPr>
            <w:tcW w:type="dxa" w:w="3402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建立"光鲜外表vs崩溃内里"的反差</w:t>
            </w:r>
          </w:p>
        </w:tc>
        <w:tc>
          <w:tcPr>
            <w:tcW w:type="dxa" w:w="2268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"我也是这样"</w:t>
            </w:r>
          </w:p>
        </w:tc>
      </w:tr>
      <w:tr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转折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S3 崩溃转折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用"管得了项目管不了睡眠"的荒谬感触发改变</w:t>
            </w:r>
          </w:p>
        </w:tc>
        <w:tc>
          <w:tcPr>
            <w:tcW w:type="dxa" w:w="2268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"然后呢？"</w:t>
            </w:r>
          </w:p>
        </w:tc>
      </w:tr>
      <w:tr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第二幕</w:t>
            </w:r>
          </w:p>
        </w:tc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S4 研究旅程</w:t>
            </w:r>
          </w:p>
        </w:tc>
        <w:tc>
          <w:tcPr>
            <w:tcW w:type="dxa" w:w="3402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展示专业度和真实踩坑经历，建立信任</w:t>
            </w:r>
          </w:p>
        </w:tc>
        <w:tc>
          <w:tcPr>
            <w:tcW w:type="dxa" w:w="2268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"这人真研究过"</w:t>
            </w:r>
          </w:p>
        </w:tc>
      </w:tr>
      <w:tr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第三幕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S5 发现共鸣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从个人故事扩展到群体共鸣</w:t>
            </w:r>
          </w:p>
        </w:tc>
        <w:tc>
          <w:tcPr>
            <w:tcW w:type="dxa" w:w="2268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"身边人也这样"</w:t>
            </w:r>
          </w:p>
        </w:tc>
      </w:tr>
      <w:tr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第三幕</w:t>
            </w:r>
          </w:p>
        </w:tc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S6 做号初心</w:t>
            </w:r>
          </w:p>
        </w:tc>
        <w:tc>
          <w:tcPr>
            <w:tcW w:type="dxa" w:w="3402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真诚表达使命，发出关注召唤</w:t>
            </w:r>
          </w:p>
        </w:tc>
        <w:tc>
          <w:tcPr>
            <w:tcW w:type="dxa" w:w="2268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"值得关注"</w:t>
            </w:r>
          </w:p>
        </w:tc>
      </w:tr>
      <w:tr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第三幕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S7 温暖收尾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品牌定格，留余韵</w:t>
            </w:r>
          </w:p>
        </w:tc>
        <w:tc>
          <w:tcPr>
            <w:tcW w:type="dxa" w:w="2268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"关注了"</w:t>
            </w:r>
          </w:p>
        </w:tc>
      </w:tr>
    </w:tbl>
    <w:p/>
    <w:p>
      <w:r>
        <w:br w:type="page"/>
      </w:r>
    </w:p>
    <w:p>
      <w:pPr>
        <w:spacing w:before="320" w:after="120"/>
        <w:pBdr>
          <w:bottom w:val="single" w:sz="6" w:space="4" w:color="818cf8"/>
        </w:pBdr>
      </w:pPr>
      <w:r>
        <w:rPr>
          <w:rFonts w:ascii="微软雅黑" w:hAnsi="微软雅黑" w:eastAsia="微软雅黑"/>
          <w:b/>
          <w:color w:val="1A1A2E"/>
          <w:sz w:val="32"/>
        </w:rPr>
        <w:t>🎬 03 · 完整分镜脚本（7场景）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818CF8"/>
          <w:sz w:val="21"/>
        </w:rPr>
        <w:t xml:space="preserve">  SCENE 1 · 开场钩子  </w:t>
      </w:r>
      <w:r>
        <w:rPr>
          <w:rFonts w:ascii="微软雅黑" w:hAnsi="微软雅黑" w:eastAsia="微软雅黑"/>
          <w:color w:val="94A3B8"/>
          <w:sz w:val="18"/>
        </w:rPr>
        <w:t xml:space="preserve">    ⏱ 0:00 — 0:15    😴 孤独</w:t>
      </w:r>
    </w:p>
    <w:p>
      <w:pPr>
        <w:spacing w:after="80"/>
        <w:ind w:left="283"/>
      </w:pPr>
      <w:r>
        <w:rPr>
          <w:rFonts w:ascii="微软雅黑" w:hAnsi="微软雅黑" w:eastAsia="微软雅黑"/>
          <w:b/>
          <w:color w:val="FBBF24"/>
          <w:sz w:val="19"/>
        </w:rPr>
        <w:t>📷 画面：</w:t>
      </w:r>
      <w:r>
        <w:rPr>
          <w:rFonts w:ascii="微软雅黑" w:hAnsi="微软雅黑" w:eastAsia="微软雅黑"/>
          <w:color w:val="64748B"/>
          <w:sz w:val="19"/>
        </w:rPr>
        <w:t>凌晨的卧室，手机屏幕亮起显示「03:17」。一个人侧躺着，眼睛睁着，天花板上映着窗外微弱的光。</w:t>
      </w:r>
    </w:p>
    <w:p>
      <w:pPr>
        <w:spacing w:after="80" w:line="384" w:lineRule="auto"/>
        <w:ind w:left="567"/>
      </w:pPr>
      <w:r>
        <w:rPr>
          <w:rFonts w:ascii="微软雅黑" w:hAnsi="微软雅黑" w:eastAsia="微软雅黑"/>
          <w:color w:val="333333"/>
          <w:sz w:val="22"/>
        </w:rPr>
        <w:t>"凌晨3点17分。</w:t>
        <w:br/>
        <w:t>这是我过去三年最熟悉的时间。</w:t>
        <w:br/>
        <w:t>不是因为要早起——</w:t>
        <w:br/>
      </w:r>
      <w:r>
        <w:rPr>
          <w:rFonts w:ascii="微软雅黑" w:hAnsi="微软雅黑" w:eastAsia="微软雅黑"/>
          <w:b/>
          <w:color w:val="F472B6"/>
          <w:sz w:val="22"/>
        </w:rPr>
        <w:t>是因为我根本没睡着。"</w:t>
      </w:r>
    </w:p>
    <w:p>
      <w:pPr>
        <w:spacing w:after="160"/>
        <w:ind w:left="283"/>
      </w:pPr>
      <w:r>
        <w:rPr>
          <w:rFonts w:ascii="微软雅黑" w:hAnsi="微软雅黑" w:eastAsia="微软雅黑"/>
          <w:i/>
          <w:color w:val="94A3B8"/>
          <w:sz w:val="18"/>
        </w:rPr>
        <w:t>🎵 安静的环境音 + 低沉钢琴单音，营造孤独感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F472B6"/>
          <w:sz w:val="21"/>
        </w:rPr>
        <w:t xml:space="preserve">  SCENE 2 · 身份与困境  </w:t>
      </w:r>
      <w:r>
        <w:rPr>
          <w:rFonts w:ascii="微软雅黑" w:hAnsi="微软雅黑" w:eastAsia="微软雅黑"/>
          <w:color w:val="94A3B8"/>
          <w:sz w:val="18"/>
        </w:rPr>
        <w:t xml:space="preserve">    ⏱ 0:15 — 0:50    😰 压抑</w:t>
      </w:r>
    </w:p>
    <w:p>
      <w:pPr>
        <w:spacing w:after="80"/>
        <w:ind w:left="283"/>
      </w:pPr>
      <w:r>
        <w:rPr>
          <w:rFonts w:ascii="微软雅黑" w:hAnsi="微软雅黑" w:eastAsia="微软雅黑"/>
          <w:b/>
          <w:color w:val="FBBF24"/>
          <w:sz w:val="19"/>
        </w:rPr>
        <w:t>📷 画面：</w:t>
      </w:r>
      <w:r>
        <w:rPr>
          <w:rFonts w:ascii="微软雅黑" w:hAnsi="微软雅黑" w:eastAsia="微软雅黑"/>
          <w:color w:val="64748B"/>
          <w:sz w:val="19"/>
        </w:rPr>
        <w:t>白天场景切换——穿商务装在会议室（B-roll），翻文件、对着电脑。然后切回夜晚，床上辗转反侧，床头柜上放着第N杯咖啡。</w:t>
      </w:r>
    </w:p>
    <w:p>
      <w:pPr>
        <w:spacing w:after="80" w:line="384" w:lineRule="auto"/>
        <w:ind w:left="567"/>
      </w:pPr>
      <w:r>
        <w:rPr>
          <w:rFonts w:ascii="微软雅黑" w:hAnsi="微软雅黑" w:eastAsia="微软雅黑"/>
          <w:color w:val="333333"/>
          <w:sz w:val="22"/>
        </w:rPr>
        <w:t>"我是个职业经理人，白天管项目、带团队、扛KPI，别人看我挺光鲜。</w:t>
        <w:br/>
        <w:t>但只有我自己知道——</w:t>
      </w:r>
      <w:r>
        <w:rPr>
          <w:rFonts w:ascii="微软雅黑" w:hAnsi="微软雅黑" w:eastAsia="微软雅黑"/>
          <w:b/>
          <w:color w:val="F472B6"/>
          <w:sz w:val="22"/>
        </w:rPr>
        <w:t>我已经三年没睡过一个好觉了。</w:t>
      </w:r>
      <w:r>
        <w:rPr>
          <w:rFonts w:ascii="微软雅黑" w:hAnsi="微软雅黑" w:eastAsia="微软雅黑"/>
          <w:color w:val="333333"/>
          <w:sz w:val="22"/>
        </w:rPr>
        <w:br/>
        <w:br/>
        <w:t>躺下以后脑子像开了闸：</w:t>
        <w:br/>
        <w:t>明天的会怎么开？方案还有没有漏洞？季度目标差多少？</w:t>
        <w:br/>
        <w:t>越想越清醒，越清醒越焦虑，越焦虑——越睡不着。</w:t>
        <w:br/>
        <w:br/>
        <w:t>第二天顶着脑袋去开会，记忆断片、反应迟钝、脾气变差。</w:t>
        <w:br/>
        <w:t>咖啡从一杯变两杯，两杯变三杯。</w:t>
        <w:br/>
      </w:r>
      <w:r>
        <w:rPr>
          <w:rFonts w:ascii="微软雅黑" w:hAnsi="微软雅黑" w:eastAsia="微软雅黑"/>
          <w:b/>
          <w:color w:val="818CF8"/>
          <w:sz w:val="22"/>
        </w:rPr>
        <w:t>然后咖啡因又让你今晚更睡不着。</w:t>
      </w:r>
      <w:r>
        <w:rPr>
          <w:rFonts w:ascii="微软雅黑" w:hAnsi="微软雅黑" w:eastAsia="微软雅黑"/>
          <w:color w:val="333333"/>
          <w:sz w:val="22"/>
        </w:rPr>
        <w:br/>
        <w:t>就这样，恶性循环，三年。"</w:t>
      </w:r>
    </w:p>
    <w:p>
      <w:pPr>
        <w:spacing w:after="160"/>
        <w:ind w:left="283"/>
      </w:pPr>
      <w:r>
        <w:rPr>
          <w:rFonts w:ascii="微软雅黑" w:hAnsi="微软雅黑" w:eastAsia="微软雅黑"/>
          <w:i/>
          <w:color w:val="94A3B8"/>
          <w:sz w:val="18"/>
        </w:rPr>
        <w:t>🎵 钢琴继续，节奏略快，带一点压抑感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F87171"/>
          <w:sz w:val="21"/>
        </w:rPr>
        <w:t xml:space="preserve">  SCENE 3 · 崩溃与转折  </w:t>
      </w:r>
      <w:r>
        <w:rPr>
          <w:rFonts w:ascii="微软雅黑" w:hAnsi="微软雅黑" w:eastAsia="微软雅黑"/>
          <w:color w:val="94A3B8"/>
          <w:sz w:val="18"/>
        </w:rPr>
        <w:t xml:space="preserve">    ⏱ 0:50 — 1:15    😤→🤔 觉醒</w:t>
      </w:r>
    </w:p>
    <w:p>
      <w:pPr>
        <w:spacing w:after="80"/>
        <w:ind w:left="283"/>
      </w:pPr>
      <w:r>
        <w:rPr>
          <w:rFonts w:ascii="微软雅黑" w:hAnsi="微软雅黑" w:eastAsia="微软雅黑"/>
          <w:b/>
          <w:color w:val="FBBF24"/>
          <w:sz w:val="19"/>
        </w:rPr>
        <w:t>📷 画面：</w:t>
      </w:r>
      <w:r>
        <w:rPr>
          <w:rFonts w:ascii="微软雅黑" w:hAnsi="微软雅黑" w:eastAsia="微软雅黑"/>
          <w:color w:val="64748B"/>
          <w:sz w:val="19"/>
        </w:rPr>
        <w:t>深夜，坐在床边，双手揉太阳穴。旁边放着一盒安眠药（不露品牌），手犹豫着要不要拿。然后——推开药盒，打开笔记本电脑，屏幕的光映在脸上。</w:t>
      </w:r>
    </w:p>
    <w:p>
      <w:pPr>
        <w:spacing w:after="80" w:line="384" w:lineRule="auto"/>
        <w:ind w:left="567"/>
      </w:pPr>
      <w:r>
        <w:rPr>
          <w:rFonts w:ascii="微软雅黑" w:hAnsi="微软雅黑" w:eastAsia="微软雅黑"/>
          <w:color w:val="333333"/>
          <w:sz w:val="22"/>
        </w:rPr>
        <w:t>"真正让我决定'不能再这样了'的，是有天晚上。</w:t>
        <w:br/>
        <w:t>我坐在床边，盯着天花板，突然觉得很荒谬——</w:t>
        <w:br/>
        <w:br/>
      </w:r>
      <w:r>
        <w:rPr>
          <w:rFonts w:ascii="微软雅黑" w:hAnsi="微软雅黑" w:eastAsia="微软雅黑"/>
          <w:b/>
          <w:color w:val="F472B6"/>
          <w:sz w:val="22"/>
        </w:rPr>
        <w:t>我能搞定几千万的项目，却搞不定自己的睡眠？</w:t>
      </w:r>
      <w:r>
        <w:rPr>
          <w:rFonts w:ascii="微软雅黑" w:hAnsi="微软雅黑" w:eastAsia="微软雅黑"/>
          <w:color w:val="333333"/>
          <w:sz w:val="22"/>
        </w:rPr>
        <w:br/>
        <w:br/>
        <w:t>那天我没吃安眠药。</w:t>
        <w:br/>
        <w:t>我打开电脑，开始查资料。</w:t>
        <w:br/>
        <w:t>从那天起，我像做项目一样——</w:t>
      </w:r>
      <w:r>
        <w:rPr>
          <w:rFonts w:ascii="微软雅黑" w:hAnsi="微软雅黑" w:eastAsia="微软雅黑"/>
          <w:b/>
          <w:color w:val="818CF8"/>
          <w:sz w:val="22"/>
        </w:rPr>
        <w:t>开始研究'睡眠'这件事。"</w:t>
      </w:r>
    </w:p>
    <w:p>
      <w:pPr>
        <w:spacing w:after="160"/>
        <w:ind w:left="283"/>
      </w:pPr>
      <w:r>
        <w:rPr>
          <w:rFonts w:ascii="微软雅黑" w:hAnsi="微软雅黑" w:eastAsia="微软雅黑"/>
          <w:i/>
          <w:color w:val="94A3B8"/>
          <w:sz w:val="18"/>
        </w:rPr>
        <w:t>🎵 此处停顿2秒（留白），然后音乐转向——从压抑变沉稳，带希望感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FBBF24"/>
          <w:sz w:val="21"/>
        </w:rPr>
        <w:t xml:space="preserve">  SCENE 4 · 研究旅程  </w:t>
      </w:r>
      <w:r>
        <w:rPr>
          <w:rFonts w:ascii="微软雅黑" w:hAnsi="微软雅黑" w:eastAsia="微软雅黑"/>
          <w:color w:val="94A3B8"/>
          <w:sz w:val="18"/>
        </w:rPr>
        <w:t xml:space="preserve">    ⏱ 1:15 — 1:55    📚→😊 突破</w:t>
      </w:r>
    </w:p>
    <w:p>
      <w:pPr>
        <w:spacing w:after="80"/>
        <w:ind w:left="283"/>
      </w:pPr>
      <w:r>
        <w:rPr>
          <w:rFonts w:ascii="微软雅黑" w:hAnsi="微软雅黑" w:eastAsia="微软雅黑"/>
          <w:b/>
          <w:color w:val="FBBF24"/>
          <w:sz w:val="19"/>
        </w:rPr>
        <w:t>📷 画面：</w:t>
      </w:r>
      <w:r>
        <w:rPr>
          <w:rFonts w:ascii="微软雅黑" w:hAnsi="微软雅黑" w:eastAsia="微软雅黑"/>
          <w:color w:val="64748B"/>
          <w:sz w:val="19"/>
        </w:rPr>
        <w:t>快速剪辑的B-roll——翻论文/书籍的手、手机上睡眠监测APP数据截图、笔记本上手写的方法清单、尝试呼吸法的画面、调整卧室灯光/温度的画面。</w:t>
      </w:r>
    </w:p>
    <w:p>
      <w:pPr>
        <w:spacing w:after="80" w:line="384" w:lineRule="auto"/>
        <w:ind w:left="567"/>
      </w:pPr>
      <w:r>
        <w:rPr>
          <w:rFonts w:ascii="微软雅黑" w:hAnsi="微软雅黑" w:eastAsia="微软雅黑"/>
          <w:color w:val="333333"/>
          <w:sz w:val="22"/>
        </w:rPr>
        <w:t>"我翻了上百篇睡眠医学论文，</w:t>
        <w:br/>
        <w:t>看了哈佛、斯坦福的睡眠公开课，</w:t>
        <w:br/>
        <w:t>研究了CBT-I——国际公认的失眠一线治疗方案。</w:t>
        <w:br/>
        <w:br/>
        <w:t>也踩过很多坑：</w:t>
        <w:br/>
        <w:t>褪黑素吃了没用，后来发现是</w:t>
      </w:r>
      <w:r>
        <w:rPr>
          <w:rFonts w:ascii="微软雅黑" w:hAnsi="微软雅黑" w:eastAsia="微软雅黑"/>
          <w:b/>
          <w:color w:val="818CF8"/>
          <w:sz w:val="22"/>
        </w:rPr>
        <w:t>剂量和时机都不对</w:t>
      </w:r>
      <w:r>
        <w:rPr>
          <w:rFonts w:ascii="微软雅黑" w:hAnsi="微软雅黑" w:eastAsia="微软雅黑"/>
          <w:color w:val="333333"/>
          <w:sz w:val="22"/>
        </w:rPr>
        <w:t>；</w:t>
        <w:br/>
        <w:t>所谓'助眠香薰'，很多只是心理安慰；</w:t>
        <w:br/>
        <w:t>数羊？科学研究说那只会让你更清醒。</w:t>
        <w:br/>
        <w:br/>
        <w:t>但有些方法，是真的有效。</w:t>
        <w:br/>
        <w:t>478呼吸法、睡眠周期管理、睡前1小时流程设计……</w:t>
        <w:br/>
        <w:t>当我把这些方法组合起来用，</w:t>
        <w:br/>
      </w:r>
      <w:r>
        <w:rPr>
          <w:rFonts w:ascii="微软雅黑" w:hAnsi="微软雅黑" w:eastAsia="微软雅黑"/>
          <w:b/>
          <w:color w:val="F472B6"/>
          <w:sz w:val="22"/>
        </w:rPr>
        <w:t>第一次在15分钟内自然入睡的时候——</w:t>
      </w:r>
      <w:r>
        <w:rPr>
          <w:rFonts w:ascii="微软雅黑" w:hAnsi="微软雅黑" w:eastAsia="微软雅黑"/>
          <w:color w:val="333333"/>
          <w:sz w:val="22"/>
        </w:rPr>
        <w:br/>
        <w:t>我差点哭出来。"</w:t>
      </w:r>
    </w:p>
    <w:p>
      <w:pPr>
        <w:spacing w:after="160"/>
        <w:ind w:left="283"/>
      </w:pPr>
      <w:r>
        <w:rPr>
          <w:rFonts w:ascii="微软雅黑" w:hAnsi="微软雅黑" w:eastAsia="微软雅黑"/>
          <w:i/>
          <w:color w:val="94A3B8"/>
          <w:sz w:val="18"/>
        </w:rPr>
        <w:t>🎵 音乐渐暖，带入治愈感，像清晨第一缕光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60A5FA"/>
          <w:sz w:val="21"/>
        </w:rPr>
        <w:t xml:space="preserve">  SCENE 5 · 发现身边人也在挣扎  </w:t>
      </w:r>
      <w:r>
        <w:rPr>
          <w:rFonts w:ascii="微软雅黑" w:hAnsi="微软雅黑" w:eastAsia="微软雅黑"/>
          <w:color w:val="94A3B8"/>
          <w:sz w:val="18"/>
        </w:rPr>
        <w:t xml:space="preserve">    ⏱ 1:55 — 2:20    🤝 共鸣</w:t>
      </w:r>
    </w:p>
    <w:p>
      <w:pPr>
        <w:spacing w:after="80"/>
        <w:ind w:left="283"/>
      </w:pPr>
      <w:r>
        <w:rPr>
          <w:rFonts w:ascii="微软雅黑" w:hAnsi="微软雅黑" w:eastAsia="微软雅黑"/>
          <w:b/>
          <w:color w:val="FBBF24"/>
          <w:sz w:val="19"/>
        </w:rPr>
        <w:t>📷 画面：</w:t>
      </w:r>
      <w:r>
        <w:rPr>
          <w:rFonts w:ascii="微软雅黑" w:hAnsi="微软雅黑" w:eastAsia="微软雅黑"/>
          <w:color w:val="64748B"/>
          <w:sz w:val="19"/>
        </w:rPr>
        <w:t>和同事/朋友聊天的场景（侧面或背影），对方疲惫的表情。可以穿插几个微信聊天截图（打码）——"又失眠了""睡不着"之类的对话。</w:t>
      </w:r>
    </w:p>
    <w:p>
      <w:pPr>
        <w:spacing w:after="80" w:line="384" w:lineRule="auto"/>
        <w:ind w:left="567"/>
      </w:pPr>
      <w:r>
        <w:rPr>
          <w:rFonts w:ascii="微软雅黑" w:hAnsi="微软雅黑" w:eastAsia="微软雅黑"/>
          <w:color w:val="333333"/>
          <w:sz w:val="22"/>
        </w:rPr>
        <w:t>"睡眠好了以后，我发现一件事——</w:t>
        <w:br/>
      </w:r>
      <w:r>
        <w:rPr>
          <w:rFonts w:ascii="微软雅黑" w:hAnsi="微软雅黑" w:eastAsia="微软雅黑"/>
          <w:b/>
          <w:color w:val="818CF8"/>
          <w:sz w:val="22"/>
        </w:rPr>
        <w:t>身边失眠的人，太多了。</w:t>
      </w:r>
      <w:r>
        <w:rPr>
          <w:rFonts w:ascii="微软雅黑" w:hAnsi="微软雅黑" w:eastAsia="微软雅黑"/>
          <w:color w:val="333333"/>
          <w:sz w:val="22"/>
        </w:rPr>
        <w:br/>
        <w:br/>
        <w:t>同事老张，每天靠咖啡续命，凌晨2点还在发工作消息；</w:t>
        <w:br/>
        <w:t>闺蜜说她已经不记得上次'自然醒'是什么时候；</w:t>
        <w:br/>
        <w:t>连我妈都半夜刷手机到两三点，说是'睡不着就看看'。</w:t>
        <w:br/>
        <w:br/>
        <w:t>他们和我一样：不是不想睡，是真的睡不着。</w:t>
        <w:br/>
      </w:r>
      <w:r>
        <w:rPr>
          <w:rFonts w:ascii="微软雅黑" w:hAnsi="微软雅黑" w:eastAsia="微软雅黑"/>
          <w:b/>
          <w:color w:val="F472B6"/>
          <w:sz w:val="22"/>
        </w:rPr>
        <w:t>而且——不知道该怎么办。"</w:t>
      </w:r>
    </w:p>
    <w:p>
      <w:pPr>
        <w:spacing w:after="160"/>
        <w:ind w:left="283"/>
      </w:pPr>
      <w:r>
        <w:rPr>
          <w:rFonts w:ascii="微软雅黑" w:hAnsi="微软雅黑" w:eastAsia="微软雅黑"/>
          <w:i/>
          <w:color w:val="94A3B8"/>
          <w:sz w:val="18"/>
        </w:rPr>
        <w:t>🎵 音乐变轻，给叙述留空间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34D399"/>
          <w:sz w:val="21"/>
        </w:rPr>
        <w:t xml:space="preserve">  SCENE 6 · 为什么做这个号  </w:t>
      </w:r>
      <w:r>
        <w:rPr>
          <w:rFonts w:ascii="微软雅黑" w:hAnsi="微软雅黑" w:eastAsia="微软雅黑"/>
          <w:color w:val="94A3B8"/>
          <w:sz w:val="18"/>
        </w:rPr>
        <w:t xml:space="preserve">    ⏱ 2:20 — 2:45    🌈 温暖坚定</w:t>
      </w:r>
    </w:p>
    <w:p>
      <w:pPr>
        <w:spacing w:after="80"/>
        <w:ind w:left="283"/>
      </w:pPr>
      <w:r>
        <w:rPr>
          <w:rFonts w:ascii="微软雅黑" w:hAnsi="微软雅黑" w:eastAsia="微软雅黑"/>
          <w:b/>
          <w:color w:val="FBBF24"/>
          <w:sz w:val="19"/>
        </w:rPr>
        <w:t>📷 画面：</w:t>
      </w:r>
      <w:r>
        <w:rPr>
          <w:rFonts w:ascii="微软雅黑" w:hAnsi="微软雅黑" w:eastAsia="微软雅黑"/>
          <w:color w:val="64748B"/>
          <w:sz w:val="19"/>
        </w:rPr>
        <w:t>正面面对镜头，温暖的暖光灯，背景是简洁的书架或卧室一角。眼神真诚，语速放慢。</w:t>
      </w:r>
    </w:p>
    <w:p>
      <w:pPr>
        <w:spacing w:after="80" w:line="384" w:lineRule="auto"/>
        <w:ind w:left="567"/>
      </w:pPr>
      <w:r>
        <w:rPr>
          <w:rFonts w:ascii="微软雅黑" w:hAnsi="微软雅黑" w:eastAsia="微软雅黑"/>
          <w:color w:val="333333"/>
          <w:sz w:val="22"/>
        </w:rPr>
        <w:t>"所以我就做了这个号——</w:t>
      </w:r>
      <w:r>
        <w:rPr>
          <w:rFonts w:ascii="微软雅黑" w:hAnsi="微软雅黑" w:eastAsia="微软雅黑"/>
          <w:b/>
          <w:color w:val="818CF8"/>
          <w:sz w:val="22"/>
        </w:rPr>
        <w:t>好眠研究所</w:t>
      </w:r>
      <w:r>
        <w:rPr>
          <w:rFonts w:ascii="微软雅黑" w:hAnsi="微软雅黑" w:eastAsia="微软雅黑"/>
          <w:color w:val="333333"/>
          <w:sz w:val="22"/>
        </w:rPr>
        <w:t>。</w:t>
        <w:br/>
        <w:br/>
        <w:t>我想做的事情很简单：</w:t>
        <w:br/>
        <w:t>把那些晦涩的睡眠科学，翻译成你今晚就能用的方法。</w:t>
        <w:br/>
        <w:br/>
      </w:r>
      <w:r>
        <w:rPr>
          <w:rFonts w:ascii="微软雅黑" w:hAnsi="微软雅黑" w:eastAsia="微软雅黑"/>
          <w:b/>
          <w:color w:val="F472B6"/>
          <w:sz w:val="22"/>
        </w:rPr>
        <w:t>不贩卖焦虑，不推荐乱七八糟的产品。</w:t>
      </w:r>
      <w:r>
        <w:rPr>
          <w:rFonts w:ascii="微软雅黑" w:hAnsi="微软雅黑" w:eastAsia="微软雅黑"/>
          <w:color w:val="333333"/>
          <w:sz w:val="22"/>
        </w:rPr>
        <w:br/>
        <w:t>只讲真正有科学依据的、我自己试过有效的。</w:t>
        <w:br/>
        <w:br/>
        <w:t>如果你也试过很多方法都没用，</w:t>
        <w:br/>
        <w:t>如果你也厌倦了凌晨盯着天花板的日子——</w:t>
        <w:br/>
        <w:t>关注我，我们一起把觉睡好。"</w:t>
      </w:r>
    </w:p>
    <w:p>
      <w:pPr>
        <w:spacing w:after="160"/>
        <w:ind w:left="283"/>
      </w:pPr>
      <w:r>
        <w:rPr>
          <w:rFonts w:ascii="微软雅黑" w:hAnsi="微软雅黑" w:eastAsia="微软雅黑"/>
          <w:i/>
          <w:color w:val="94A3B8"/>
          <w:sz w:val="18"/>
        </w:rPr>
        <w:t>🎵 音乐温暖坚定，像一个承诺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C084FC"/>
          <w:sz w:val="21"/>
        </w:rPr>
        <w:t xml:space="preserve">  SCENE 7 · 收尾  </w:t>
      </w:r>
      <w:r>
        <w:rPr>
          <w:rFonts w:ascii="微软雅黑" w:hAnsi="微软雅黑" w:eastAsia="微软雅黑"/>
          <w:color w:val="94A3B8"/>
          <w:sz w:val="18"/>
        </w:rPr>
        <w:t xml:space="preserve">    ⏱ 2:45 — 2:55    ✨ 希望</w:t>
      </w:r>
    </w:p>
    <w:p>
      <w:pPr>
        <w:spacing w:after="80"/>
        <w:ind w:left="283"/>
      </w:pPr>
      <w:r>
        <w:rPr>
          <w:rFonts w:ascii="微软雅黑" w:hAnsi="微软雅黑" w:eastAsia="微软雅黑"/>
          <w:b/>
          <w:color w:val="FBBF24"/>
          <w:sz w:val="19"/>
        </w:rPr>
        <w:t>📷 画面：</w:t>
      </w:r>
      <w:r>
        <w:rPr>
          <w:rFonts w:ascii="微软雅黑" w:hAnsi="微软雅黑" w:eastAsia="微软雅黑"/>
          <w:color w:val="64748B"/>
          <w:sz w:val="19"/>
        </w:rPr>
        <w:t>画面渐暗，浮现字幕「好眠研究所 · 用科学方法帮你睡个好觉」。背景可以是城市夜景 + 月亮的剪影。</w:t>
      </w:r>
    </w:p>
    <w:p>
      <w:pPr>
        <w:spacing w:after="80" w:line="384" w:lineRule="auto"/>
        <w:ind w:left="567"/>
      </w:pPr>
      <w:r>
        <w:rPr>
          <w:rFonts w:ascii="微软雅黑" w:hAnsi="微软雅黑" w:eastAsia="微软雅黑"/>
          <w:color w:val="333333"/>
          <w:sz w:val="22"/>
        </w:rPr>
        <w:t>"睡个好觉这件事，</w:t>
        <w:br/>
        <w:t>不应该这么难。</w:t>
        <w:br/>
        <w:br/>
        <w:t>我是好眠研究所。</w:t>
        <w:br/>
      </w:r>
      <w:r>
        <w:rPr>
          <w:rFonts w:ascii="微软雅黑" w:hAnsi="微软雅黑" w:eastAsia="微软雅黑"/>
          <w:b/>
          <w:color w:val="818CF8"/>
          <w:sz w:val="22"/>
        </w:rPr>
        <w:t>我们下条视频见。🌙"</w:t>
      </w:r>
    </w:p>
    <w:p>
      <w:pPr>
        <w:spacing w:after="160"/>
        <w:ind w:left="283"/>
      </w:pPr>
      <w:r>
        <w:rPr>
          <w:rFonts w:ascii="微软雅黑" w:hAnsi="微软雅黑" w:eastAsia="微软雅黑"/>
          <w:i/>
          <w:color w:val="94A3B8"/>
          <w:sz w:val="18"/>
        </w:rPr>
        <w:t>🎵 钢琴尾音渐弱，留2秒安静收尾</w:t>
      </w:r>
    </w:p>
    <w:p>
      <w:r>
        <w:br w:type="page"/>
      </w:r>
    </w:p>
    <w:p>
      <w:pPr>
        <w:spacing w:before="320" w:after="120"/>
        <w:pBdr>
          <w:bottom w:val="single" w:sz="6" w:space="4" w:color="818cf8"/>
        </w:pBdr>
      </w:pPr>
      <w:r>
        <w:rPr>
          <w:rFonts w:ascii="微软雅黑" w:hAnsi="微软雅黑" w:eastAsia="微软雅黑"/>
          <w:b/>
          <w:color w:val="1A1A2E"/>
          <w:sz w:val="32"/>
        </w:rPr>
        <w:t>📊 04 · 情绪曲线设计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701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阶段</w:t>
            </w:r>
          </w:p>
        </w:tc>
        <w:tc>
          <w:tcPr>
            <w:tcW w:type="dxa" w:w="2835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情绪</w:t>
            </w:r>
          </w:p>
        </w:tc>
        <w:tc>
          <w:tcPr>
            <w:tcW w:type="dxa" w:w="3402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叙事目的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Scene 1-2</w:t>
            </w:r>
          </w:p>
        </w:tc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😴 → 😰 孤独、疲惫、压抑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引发共鸣："这不就是我吗"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Scene 3</w:t>
            </w:r>
          </w:p>
        </w:tc>
        <w:tc>
          <w:tcPr>
            <w:tcW w:type="dxa" w:w="2835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😤 → 🤔 挫败、荒谬感、觉醒</w:t>
            </w:r>
          </w:p>
        </w:tc>
        <w:tc>
          <w:tcPr>
            <w:tcW w:type="dxa" w:w="3402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制造转折："然后呢？"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Scene 4</w:t>
            </w:r>
          </w:p>
        </w:tc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📚 → 😊 专注、探索、欣喜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建立信任："这人真研究过"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Scene 5</w:t>
            </w:r>
          </w:p>
        </w:tc>
        <w:tc>
          <w:tcPr>
            <w:tcW w:type="dxa" w:w="2835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🤝 心疼、共鸣</w:t>
            </w:r>
          </w:p>
        </w:tc>
        <w:tc>
          <w:tcPr>
            <w:tcW w:type="dxa" w:w="3402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扩大代入："身边人也这样"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Scene 6-7</w:t>
            </w:r>
          </w:p>
        </w:tc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🌈 温暖、坚定、希望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行动召唤："关注他"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0f4ff" w:val="clear"/>
            <w:tcBorders>
              <w:top w:val="single" w:sz="6" w:color="818cf8"/>
              <w:left w:val="single" w:sz="6" w:color="818cf8"/>
              <w:bottom w:val="single" w:sz="6" w:color="818cf8"/>
              <w:right w:val="single" w:sz="6" w:color="818cf8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818CF8"/>
                <w:sz w:val="20"/>
              </w:rPr>
              <w:t>✓ 情绪控制要点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前半段（S1-S3）：节奏慢、留白多，让观众感受失眠的窒息感。语速放慢，停顿到位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转折点（S3末尾）：2秒静默是全片最重要的呼吸点，不要用旁白填满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后半段（S4-S7）：节奏逐渐加快，传递"找到出路"的能量转变，语速可以微提</w:t>
            </w:r>
          </w:p>
        </w:tc>
      </w:tr>
    </w:tbl>
    <w:p/>
    <w:p>
      <w:pPr>
        <w:spacing w:before="320" w:after="120"/>
        <w:pBdr>
          <w:bottom w:val="single" w:sz="6" w:space="4" w:color="818cf8"/>
        </w:pBdr>
      </w:pPr>
      <w:r>
        <w:rPr>
          <w:rFonts w:ascii="微软雅黑" w:hAnsi="微软雅黑" w:eastAsia="微软雅黑"/>
          <w:b/>
          <w:color w:val="1A1A2E"/>
          <w:sz w:val="32"/>
        </w:rPr>
        <w:t>🎥 05 · 拍摄执行指南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1701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项目</w:t>
            </w:r>
          </w:p>
        </w:tc>
        <w:tc>
          <w:tcPr>
            <w:tcW w:type="dxa" w:w="7370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具体建议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设备</w:t>
            </w:r>
          </w:p>
        </w:tc>
        <w:tc>
          <w:tcPr>
            <w:tcW w:type="dxa" w:w="7370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手机即可（iPhone 12以上/同级别安卓）。核心是收音——一定要买一个领夹麦克风（100-200元），室内回声会严重拉低质感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场景</w:t>
            </w:r>
          </w:p>
        </w:tc>
        <w:tc>
          <w:tcPr>
            <w:tcW w:type="dxa" w:w="7370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家里卧室 + 书房。暖色台灯打侧光（45度角），营造夜晚安心感。避免顶灯直射，会有"审讯感"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服装</w:t>
            </w:r>
          </w:p>
        </w:tc>
        <w:tc>
          <w:tcPr>
            <w:tcW w:type="dxa" w:w="7370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Scene 1-3 穿商务衬衫/POLO衫（体现经理人身份）；Scene 4起换成休闲居家服，视觉上暗示"从工作状态回归生活"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B-roll素材</w:t>
            </w:r>
          </w:p>
        </w:tc>
        <w:tc>
          <w:tcPr>
            <w:tcW w:type="dxa" w:w="7370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①凌晨手机屏幕时间特写 ②翻书/论文的手 ③睡眠APP数据截图 ④笔记本上的方法清单 ⑤调整卧室灯光/窗帘 ⑥城市夜景 ⑦微信聊天截图（打码）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配乐</w:t>
            </w:r>
          </w:p>
        </w:tc>
        <w:tc>
          <w:tcPr>
            <w:tcW w:type="dxa" w:w="7370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详见第六章配乐方案。切记音量压低（旁白下方15%-25%），不能盖过人声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字幕</w:t>
            </w:r>
          </w:p>
        </w:tc>
        <w:tc>
          <w:tcPr>
            <w:tcW w:type="dxa" w:w="7370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全程硬字幕（必须）。关键词高亮变色，如"三年没睡好""恶性循环""15分钟入睡"用黄色/橙色标注。字体用思源黑体或苹方，白字+深色描边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剪辑节奏</w:t>
            </w:r>
          </w:p>
        </w:tc>
        <w:tc>
          <w:tcPr>
            <w:tcW w:type="dxa" w:w="7370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前半段（Scene 1-3）节奏慢、留白多；后半段（Scene 4-7）节奏逐渐加快，传递"找到出路"的能量转变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ffbeb" w:val="clear"/>
            <w:tcBorders>
              <w:top w:val="single" w:sz="6" w:color="fbbf24"/>
              <w:left w:val="single" w:sz="6" w:color="fbbf24"/>
              <w:bottom w:val="single" w:sz="6" w:color="fbbf24"/>
              <w:right w:val="single" w:sz="6" w:color="fbbf24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FBBF24"/>
                <w:sz w:val="20"/>
              </w:rPr>
              <w:t>⚠ 拍摄注意事项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⚠ 安眠药画面不露品牌，用白色药盒替代，避免广告嫌疑和平台审核风险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⚠ 微信聊天截图必须打码处理头像和真实姓名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⚠ 不要在画面中出现明显的第三方品牌Logo（电脑、手机壳、书籍封面等）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⚠ 录制旁白时选择安静的封闭房间，关闭空调/风扇等噪音源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⚠ 建议先录完整版旁白音频，再根据音频节奏配画面——声音驱动画面更自然</w:t>
            </w:r>
          </w:p>
        </w:tc>
      </w:tr>
    </w:tbl>
    <w:p/>
    <w:p>
      <w:r>
        <w:br w:type="page"/>
      </w:r>
    </w:p>
    <w:p>
      <w:pPr>
        <w:spacing w:before="320" w:after="120"/>
        <w:pBdr>
          <w:bottom w:val="single" w:sz="6" w:space="4" w:color="818cf8"/>
        </w:pBdr>
      </w:pPr>
      <w:r>
        <w:rPr>
          <w:rFonts w:ascii="微软雅黑" w:hAnsi="微软雅黑" w:eastAsia="微软雅黑"/>
          <w:b/>
          <w:color w:val="1A1A2E"/>
          <w:sz w:val="32"/>
        </w:rPr>
        <w:t>🎵 06 · 配乐方案</w:t>
      </w:r>
    </w:p>
    <w:p>
      <w:pPr>
        <w:spacing w:after="80" w:line="336" w:lineRule="auto"/>
      </w:pPr>
      <w:r>
        <w:rPr>
          <w:rFonts w:ascii="微软雅黑" w:hAnsi="微软雅黑" w:eastAsia="微软雅黑"/>
          <w:b/>
          <w:i w:val="0"/>
          <w:color w:val="34D399"/>
          <w:sz w:val="21"/>
        </w:rPr>
        <w:t>配乐核心原则：不是找一首"好听的曲子"，而是找一首情绪起伏和叙事同步的曲子。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818CF8"/>
          <w:sz w:val="26"/>
        </w:rPr>
        <w:t>脚本情绪弧线 × 配乐需求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701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时间</w:t>
            </w:r>
          </w:p>
        </w:tc>
        <w:tc>
          <w:tcPr>
            <w:tcW w:type="dxa" w:w="2835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场景情绪</w:t>
            </w:r>
          </w:p>
        </w:tc>
        <w:tc>
          <w:tcPr>
            <w:tcW w:type="dxa" w:w="3402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配乐需求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0-15秒</w:t>
            </w:r>
          </w:p>
        </w:tc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🌙 凌晨失眠，孤独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极简钢琴，低沉孤独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15-50秒</w:t>
            </w:r>
          </w:p>
        </w:tc>
        <w:tc>
          <w:tcPr>
            <w:tcW w:type="dxa" w:w="2835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😰 白天光鲜夜晚崩溃</w:t>
            </w:r>
          </w:p>
        </w:tc>
        <w:tc>
          <w:tcPr>
            <w:tcW w:type="dxa" w:w="3402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持续低沉，略有压抑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50-75秒</w:t>
            </w:r>
          </w:p>
        </w:tc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😤 觉醒，推开药盒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转折点，开始上扬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75-115秒</w:t>
            </w:r>
          </w:p>
        </w:tc>
        <w:tc>
          <w:tcPr>
            <w:tcW w:type="dxa" w:w="2835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📚 研究、踩坑、突破</w:t>
            </w:r>
          </w:p>
        </w:tc>
        <w:tc>
          <w:tcPr>
            <w:tcW w:type="dxa" w:w="3402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节奏渐强，探索感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115-140秒</w:t>
            </w:r>
          </w:p>
        </w:tc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🤝 发现身边人失眠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温暖渐入，弦乐加入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140-165秒</w:t>
            </w:r>
          </w:p>
        </w:tc>
        <w:tc>
          <w:tcPr>
            <w:tcW w:type="dxa" w:w="2835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🌈 温暖，做号初心</w:t>
            </w:r>
          </w:p>
        </w:tc>
        <w:tc>
          <w:tcPr>
            <w:tcW w:type="dxa" w:w="3402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希望感，主旋律展开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165-175秒</w:t>
            </w:r>
          </w:p>
        </w:tc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✨ 收尾，希望</w:t>
            </w:r>
          </w:p>
        </w:tc>
        <w:tc>
          <w:tcPr>
            <w:tcW w:type="dxa" w:w="3402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柔和收束，余音温暖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818CF8"/>
          <w:sz w:val="26"/>
        </w:rPr>
        <w:t>✅ 已下载配乐（桌面 workbuddy成果文件夹）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2835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文件名</w:t>
            </w:r>
          </w:p>
        </w:tc>
        <w:tc>
          <w:tcPr>
            <w:tcW w:type="dxa" w:w="1134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大小</w:t>
            </w:r>
          </w:p>
        </w:tc>
        <w:tc>
          <w:tcPr>
            <w:tcW w:type="dxa" w:w="2268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来源</w:t>
            </w:r>
          </w:p>
        </w:tc>
        <w:tc>
          <w:tcPr>
            <w:tcW w:type="dxa" w:w="1134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风格</w:t>
            </w:r>
          </w:p>
        </w:tc>
        <w:tc>
          <w:tcPr>
            <w:tcW w:type="dxa" w:w="2268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适合场景</w:t>
            </w:r>
          </w:p>
        </w:tc>
      </w:tr>
      <w:tr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bgm_isolation_waltz.mp3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3.9MB</w:t>
            </w:r>
          </w:p>
        </w:tc>
        <w:tc>
          <w:tcPr>
            <w:tcW w:type="dxa" w:w="2268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FreePD Romance · CC0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忧郁钢琴</w:t>
            </w:r>
          </w:p>
        </w:tc>
        <w:tc>
          <w:tcPr>
            <w:tcW w:type="dxa" w:w="2268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前半段失眠、孤独、压抑</w:t>
            </w:r>
          </w:p>
        </w:tc>
      </w:tr>
      <w:tr>
        <w:tc>
          <w:tcPr>
            <w:tcW w:type="dxa" w:w="2835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bgm_lovely_piano.mp3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3.7MB</w:t>
            </w:r>
          </w:p>
        </w:tc>
        <w:tc>
          <w:tcPr>
            <w:tcW w:type="dxa" w:w="2268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FreePD Romance · CC0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温暖钢琴</w:t>
            </w:r>
          </w:p>
        </w:tc>
        <w:tc>
          <w:tcPr>
            <w:tcW w:type="dxa" w:w="2268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后半段温暖、希望、治愈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818CF8"/>
          <w:sz w:val="26"/>
        </w:rPr>
        <w:t>方案A：双曲交叉淡入（推荐）</w:t>
      </w:r>
    </w:p>
    <w:p>
      <w:pPr>
        <w:spacing w:after="80" w:line="336" w:lineRule="auto"/>
      </w:pPr>
      <w:r>
        <w:rPr>
          <w:rFonts w:ascii="微软雅黑" w:hAnsi="微软雅黑" w:eastAsia="微软雅黑"/>
          <w:b w:val="0"/>
          <w:i w:val="0"/>
          <w:sz w:val="21"/>
        </w:rPr>
        <w:t>两首已下载的曲目搭配使用，在转折点做交叉淡入，情绪控制最精准。CC0协议，免费商用无需署名。</w:t>
      </w:r>
    </w:p>
    <w:p>
      <w:pPr>
        <w:spacing w:after="80" w:line="336" w:lineRule="auto"/>
      </w:pPr>
      <w:r>
        <w:rPr>
          <w:rFonts w:ascii="微软雅黑" w:hAnsi="微软雅黑" w:eastAsia="微软雅黑"/>
          <w:b/>
          <w:i w:val="0"/>
          <w:color w:val="818CF8"/>
          <w:sz w:val="21"/>
        </w:rPr>
        <w:t>前半段（0-75秒）Isolation Waltz（孤独·忧郁钢琴）→ 50秒处交叉淡入（3秒过渡，音量A↓音量B↑）→ 后半段（75-175秒）Lovely Piano Song（温暖·治愈钢琴）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818CF8"/>
          <w:sz w:val="26"/>
        </w:rPr>
        <w:t>方案B：单曲贯穿（最简单）</w:t>
      </w:r>
    </w:p>
    <w:p>
      <w:pPr>
        <w:spacing w:after="80" w:line="336" w:lineRule="auto"/>
      </w:pPr>
      <w:r>
        <w:rPr>
          <w:rFonts w:ascii="微软雅黑" w:hAnsi="微软雅黑" w:eastAsia="微软雅黑"/>
          <w:b w:val="0"/>
          <w:i w:val="0"/>
          <w:sz w:val="21"/>
        </w:rPr>
        <w:t>用已下载的 Lovely Piano Song 贯穿全程，音量控制在旁白下方15%-25%。操作最简单，但情绪层次不如双曲交叉丰富。适合快速出片。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818CF8"/>
          <w:sz w:val="26"/>
        </w:rPr>
        <w:t>方案C：付费精选（品质最高）</w:t>
      </w:r>
    </w:p>
    <w:p>
      <w:pPr>
        <w:spacing w:after="80" w:line="336" w:lineRule="auto"/>
      </w:pPr>
      <w:r>
        <w:rPr>
          <w:rFonts w:ascii="微软雅黑" w:hAnsi="微软雅黑" w:eastAsia="微软雅黑"/>
          <w:b w:val="0"/>
          <w:i w:val="0"/>
          <w:sz w:val="21"/>
        </w:rPr>
        <w:t>曲多多 "Heart-Warming Book" 专辑，49元/月个人会员。官方描述："温柔开场，坚定收尾，每一个音符都指向希望。"主打渐进结构管弦融合音乐，以钢琴、弦乐、柔和打击乐为核心，呈现从"内敛情感"到"昂扬希望"的完整叙事。</w:t>
      </w:r>
    </w:p>
    <w:p>
      <w:pPr>
        <w:spacing w:before="200" w:after="120"/>
      </w:pPr>
      <w:r>
        <w:rPr>
          <w:rFonts w:ascii="微软雅黑" w:hAnsi="微软雅黑" w:eastAsia="微软雅黑"/>
          <w:b/>
          <w:color w:val="818CF8"/>
          <w:sz w:val="26"/>
        </w:rPr>
        <w:t>免费配乐平台对比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701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平台</w:t>
            </w:r>
          </w:p>
        </w:tc>
        <w:tc>
          <w:tcPr>
            <w:tcW w:type="dxa" w:w="1134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免费</w:t>
            </w:r>
          </w:p>
        </w:tc>
        <w:tc>
          <w:tcPr>
            <w:tcW w:type="dxa" w:w="1134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可商用</w:t>
            </w:r>
          </w:p>
        </w:tc>
        <w:tc>
          <w:tcPr>
            <w:tcW w:type="dxa" w:w="1134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需署名</w:t>
            </w:r>
          </w:p>
        </w:tc>
        <w:tc>
          <w:tcPr>
            <w:tcW w:type="dxa" w:w="1701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曲库规模</w:t>
            </w:r>
          </w:p>
        </w:tc>
        <w:tc>
          <w:tcPr>
            <w:tcW w:type="dxa" w:w="2268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适合场景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FreePD.cn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不需要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数百首</w:t>
            </w:r>
          </w:p>
        </w:tc>
        <w:tc>
          <w:tcPr>
            <w:tcW w:type="dxa" w:w="2268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CC0完全免费，国内可访问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Pixabay Music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不需要</w:t>
            </w:r>
          </w:p>
        </w:tc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上万首</w:t>
            </w:r>
          </w:p>
        </w:tc>
        <w:tc>
          <w:tcPr>
            <w:tcW w:type="dxa" w:w="2268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通用短视频，海量选择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ENDE.app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可选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数百首</w:t>
            </w:r>
          </w:p>
        </w:tc>
        <w:tc>
          <w:tcPr>
            <w:tcW w:type="dxa" w:w="2268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电影感叙事首选（国内可能受限）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free-stock-music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需要</w:t>
            </w:r>
          </w:p>
        </w:tc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288+钢琴曲</w:t>
            </w:r>
          </w:p>
        </w:tc>
        <w:tc>
          <w:tcPr>
            <w:tcW w:type="dxa" w:w="2268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钢琴叙事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Chosic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不需要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161+情感/忧伤</w:t>
            </w:r>
          </w:p>
        </w:tc>
        <w:tc>
          <w:tcPr>
            <w:tcW w:type="dxa" w:w="2268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情绪分类细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爱给网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部分需要</w:t>
            </w:r>
          </w:p>
        </w:tc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海量</w:t>
            </w:r>
          </w:p>
        </w:tc>
        <w:tc>
          <w:tcPr>
            <w:tcW w:type="dxa" w:w="2268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中文平台，速度快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曲多多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❌ 49元/月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✅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不需要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百万级</w:t>
            </w:r>
          </w:p>
        </w:tc>
        <w:tc>
          <w:tcPr>
            <w:tcW w:type="dxa" w:w="2268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专业级品质</w:t>
            </w:r>
          </w:p>
        </w:tc>
      </w:tr>
    </w:tbl>
    <w:p/>
    <w:p>
      <w:pPr>
        <w:spacing w:before="200" w:after="120"/>
      </w:pPr>
      <w:r>
        <w:rPr>
          <w:rFonts w:ascii="微软雅黑" w:hAnsi="微软雅黑" w:eastAsia="微软雅黑"/>
          <w:b/>
          <w:color w:val="818CF8"/>
          <w:sz w:val="26"/>
        </w:rPr>
        <w:t>剪映操作步骤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0f4ff" w:val="clear"/>
            <w:tcBorders>
              <w:top w:val="single" w:sz="6" w:color="818cf8"/>
              <w:left w:val="single" w:sz="6" w:color="818cf8"/>
              <w:bottom w:val="single" w:sz="6" w:color="818cf8"/>
              <w:right w:val="single" w:sz="6" w:color="818cf8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818CF8"/>
                <w:sz w:val="20"/>
              </w:rPr>
              <w:t>✓ 剪映操作（方案A为例）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第1步：将已下载的 bgm_isolation_waltz.mp3 和 bgm_lovely_piano.mp3 导入剪映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第2步：Isolation Waltz 放在时间线前半段（0-75秒），Lovely Piano Song 放在后半段（75秒起）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第3步：在50秒处（"管不了自己睡眠"转折点）使用"交叉淡化"功能，3秒过渡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第4步：音量控制在旁白下方，建议15%-25%——配乐是"垫底"的，不能盖过人声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第5步：开头加1秒淡入，结尾加2秒淡出，避免突兀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第6步：在Scene 3的2秒留白处，配乐也做一个微停顿，配合画面情绪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ffbeb" w:val="clear"/>
            <w:tcBorders>
              <w:top w:val="single" w:sz="6" w:color="fbbf24"/>
              <w:left w:val="single" w:sz="6" w:color="fbbf24"/>
              <w:bottom w:val="single" w:sz="6" w:color="fbbf24"/>
              <w:right w:val="single" w:sz="6" w:color="fbbf24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FBBF24"/>
                <w:sz w:val="20"/>
              </w:rPr>
              <w:t>⚠ 版权注意事项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⚠ FreePD.cn（已下载曲目）：CC0公共领域协议，免费商用、无需署名、永久授权，全平台安全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⚠ Pixabay：Pixabay License，不需要署名，最省心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⚠ ENDE.app：免费可商用，署名可选。禁止单独上传到音乐平台，禁止注册Content ID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⚠ free-stock-music.com：CC BY 4.0，需在视频简介标注作者名和曲目链接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⚠ 抖音/视频号：平台自带音乐库也可用，但多平台分发时自带音乐会冲突，建议用第三方免版权音乐</w:t>
            </w:r>
          </w:p>
        </w:tc>
      </w:tr>
    </w:tbl>
    <w:p/>
    <w:p>
      <w:r>
        <w:br w:type="page"/>
      </w:r>
    </w:p>
    <w:p>
      <w:pPr>
        <w:spacing w:before="320" w:after="120"/>
        <w:pBdr>
          <w:bottom w:val="single" w:sz="6" w:space="4" w:color="818cf8"/>
        </w:pBdr>
      </w:pPr>
      <w:r>
        <w:rPr>
          <w:rFonts w:ascii="微软雅黑" w:hAnsi="微软雅黑" w:eastAsia="微软雅黑"/>
          <w:b/>
          <w:color w:val="1A1A2E"/>
          <w:sz w:val="32"/>
        </w:rPr>
        <w:t>🤖 07 · AI生成视频素材清单</w:t>
      </w:r>
    </w:p>
    <w:p>
      <w:pPr>
        <w:spacing w:after="80" w:line="336" w:lineRule="auto"/>
      </w:pPr>
      <w:r>
        <w:rPr>
          <w:rFonts w:ascii="微软雅黑" w:hAnsi="微软雅黑" w:eastAsia="微软雅黑"/>
          <w:b w:val="0"/>
          <w:i w:val="0"/>
          <w:sz w:val="21"/>
        </w:rPr>
        <w:t>使用AI多模态生成技能创建了3个关键场景视频素材，保存在桌面「workbuddy成果文件夹」。这些是短片段素材，需配合自行录制的旁白剪辑成完整视频。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835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文件名</w:t>
            </w:r>
          </w:p>
        </w:tc>
        <w:tc>
          <w:tcPr>
            <w:tcW w:type="dxa" w:w="1134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大小</w:t>
            </w:r>
          </w:p>
        </w:tc>
        <w:tc>
          <w:tcPr>
            <w:tcW w:type="dxa" w:w="2835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内容描述</w:t>
            </w:r>
          </w:p>
        </w:tc>
        <w:tc>
          <w:tcPr>
            <w:tcW w:type="dxa" w:w="1701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适配场景</w:t>
            </w:r>
          </w:p>
        </w:tc>
      </w:tr>
      <w:tr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scene1_insomnia.mp4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4.9MB</w:t>
            </w:r>
          </w:p>
        </w:tc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深蓝冷色调卧室，手机蓝光映脸，孤独氛围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Scene 1 开场钩子</w:t>
            </w:r>
          </w:p>
        </w:tc>
      </w:tr>
      <w:tr>
        <w:tc>
          <w:tcPr>
            <w:tcW w:type="dxa" w:w="2835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scene2_research.mp4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8.0MB</w:t>
            </w:r>
          </w:p>
        </w:tc>
        <w:tc>
          <w:tcPr>
            <w:tcW w:type="dxa" w:w="2835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暖黄台灯下翻阅医学书籍，专注氛围</w:t>
            </w:r>
          </w:p>
        </w:tc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Scene 4 研究旅程</w:t>
            </w:r>
          </w:p>
        </w:tc>
      </w:tr>
      <w:tr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scene3_citynight.mp4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11.9MB</w:t>
            </w:r>
          </w:p>
        </w:tc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城市灯光过渡到新月，温暖收束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Scene 7 收尾</w:t>
            </w:r>
          </w:p>
        </w:tc>
      </w:tr>
      <w:tr>
        <w:tc>
          <w:tcPr>
            <w:tcW w:type="dxa" w:w="2835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bgm_isolation_waltz.mp3</w:t>
            </w:r>
          </w:p>
        </w:tc>
        <w:tc>
          <w:tcPr>
            <w:tcW w:type="dxa" w:w="1134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3.9MB</w:t>
            </w:r>
          </w:p>
        </w:tc>
        <w:tc>
          <w:tcPr>
            <w:tcW w:type="dxa" w:w="2835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FreePD CC0，忧郁钢琴</w:t>
            </w:r>
          </w:p>
        </w:tc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前半段配乐</w:t>
            </w:r>
          </w:p>
        </w:tc>
      </w:tr>
      <w:tr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bgm_lovely_piano.mp3</w:t>
            </w:r>
          </w:p>
        </w:tc>
        <w:tc>
          <w:tcPr>
            <w:tcW w:type="dxa" w:w="1134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3.7MB</w:t>
            </w:r>
          </w:p>
        </w:tc>
        <w:tc>
          <w:tcPr>
            <w:tcW w:type="dxa" w:w="2835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FreePD CC0，温暖钢琴</w:t>
            </w:r>
          </w:p>
        </w:tc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后半段配乐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0f4ff" w:val="clear"/>
            <w:tcBorders>
              <w:top w:val="single" w:sz="6" w:color="818cf8"/>
              <w:left w:val="single" w:sz="6" w:color="818cf8"/>
              <w:bottom w:val="single" w:sz="6" w:color="818cf8"/>
              <w:right w:val="single" w:sz="6" w:color="818cf8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818CF8"/>
                <w:sz w:val="20"/>
              </w:rPr>
              <w:t>✓ 素材使用建议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AI生成的3个视频片段作为氛围渲染素材使用，穿插在口播画面之间，提升视觉质感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核心叙事段落（Scene 2、3、5、6）建议用真人出镜口播，建立信任感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AI素材的色调（深蓝冷色→暖黄→城市暖光）已经和情绪曲线匹配，剪辑时按原顺序使用即可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如果AI素材时长不够，可以用慢放 + 叠加字幕的方式延展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需自行补拍：①旁白口播（正面镜头）②白天会议室B-roll ③床边沉思特写 ④微信聊天截图（打码）⑤睡眠APP数据截图</w:t>
            </w:r>
          </w:p>
        </w:tc>
      </w:tr>
    </w:tbl>
    <w:p/>
    <w:p>
      <w:pPr>
        <w:spacing w:before="320" w:after="120"/>
        <w:pBdr>
          <w:bottom w:val="single" w:sz="6" w:space="4" w:color="818cf8"/>
        </w:pBdr>
      </w:pPr>
      <w:r>
        <w:rPr>
          <w:rFonts w:ascii="微软雅黑" w:hAnsi="微软雅黑" w:eastAsia="微软雅黑"/>
          <w:b/>
          <w:color w:val="1A1A2E"/>
          <w:sz w:val="32"/>
        </w:rPr>
        <w:t>🚀 08 · 发布策略与互动话术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1701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项目</w:t>
            </w:r>
          </w:p>
        </w:tc>
        <w:tc>
          <w:tcPr>
            <w:tcW w:type="dxa" w:w="7370"/>
            <w:shd w:fill="334155" w:val="clear"/>
            <w:tcBorders>
              <w:top w:val="single" w:sz="6" w:color="818cf8"/>
              <w:left w:val="single" w:sz="4" w:color="475569"/>
              <w:bottom w:val="single" w:sz="6" w:color="818cf8"/>
              <w:right w:val="single" w:sz="4" w:color="475569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818CF8"/>
                <w:sz w:val="19"/>
              </w:rPr>
              <w:t>建议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首发平台</w:t>
            </w:r>
          </w:p>
        </w:tc>
        <w:tc>
          <w:tcPr>
            <w:tcW w:type="dxa" w:w="7370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视频号优先（中年用户多，共鸣最强）→ 抖音同步 → 小红书发图文版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发布时间</w:t>
            </w:r>
          </w:p>
        </w:tc>
        <w:tc>
          <w:tcPr>
            <w:tcW w:type="dxa" w:w="7370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晚上 21:00-22:00。目标用户正躺在床上刷手机，代入感最强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视频号标题</w:t>
            </w:r>
          </w:p>
        </w:tc>
        <w:tc>
          <w:tcPr>
            <w:tcW w:type="dxa" w:w="7370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一个中年职业经理人的自白：从失眠3年到帮你睡个好觉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抖音标题</w:t>
            </w:r>
          </w:p>
        </w:tc>
        <w:tc>
          <w:tcPr>
            <w:tcW w:type="dxa" w:w="7370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管得了几千万项目，管不了自己的睡眠？一个中年人的"来时路"</w:t>
            </w:r>
          </w:p>
        </w:tc>
      </w:tr>
      <w:tr>
        <w:tc>
          <w:tcPr>
            <w:tcW w:type="dxa" w:w="1701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小红书标题</w:t>
            </w:r>
          </w:p>
        </w:tc>
        <w:tc>
          <w:tcPr>
            <w:tcW w:type="dxa" w:w="7370"/>
            <w:shd w:fill="f1f5f9" w:val="clear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失眠3年才明白的事😭 一个中年人的睡眠自救之路</w:t>
            </w:r>
          </w:p>
        </w:tc>
      </w:tr>
      <w:tr>
        <w:tc>
          <w:tcPr>
            <w:tcW w:type="dxa" w:w="1701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b/>
                <w:color w:val="1E293B"/>
                <w:sz w:val="18"/>
              </w:rPr>
              <w:t>简介文案</w:t>
            </w:r>
          </w:p>
        </w:tc>
        <w:tc>
          <w:tcPr>
            <w:tcW w:type="dxa" w:w="7370"/>
            <w:tcBorders>
              <w:top w:val="single" w:sz="2" w:color="cbd5e1"/>
              <w:left w:val="single" w:sz="2" w:color="cbd5e1"/>
              <w:bottom w:val="single" w:sz="2" w:color="cbd5e1"/>
              <w:right w:val="single" w:sz="2" w:color="cbd5e1"/>
            </w:tcBorders>
          </w:tcPr>
          <w:p>
            <w:r/>
            <w:r>
              <w:rPr>
                <w:rFonts w:ascii="微软雅黑" w:hAnsi="微软雅黑" w:eastAsia="微软雅黑"/>
                <w:color w:val="64748B"/>
                <w:sz w:val="18"/>
              </w:rPr>
              <w:t>不是不想睡，是真的睡不着。这条视频讲讲我的故事，也许也是你的。如果你也困在凌晨3点——关注@好眠研究所，我们一起走出来。🌙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0f4ff" w:val="clear"/>
            <w:tcBorders>
              <w:top w:val="single" w:sz="6" w:color="818cf8"/>
              <w:left w:val="single" w:sz="6" w:color="818cf8"/>
              <w:bottom w:val="single" w:sz="6" w:color="818cf8"/>
              <w:right w:val="single" w:sz="6" w:color="818cf8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818CF8"/>
                <w:sz w:val="20"/>
              </w:rPr>
              <w:t>✓ 评论区运营策略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发布后立即自己置顶一条评论："你最长的一次失眠是多久？我先说：3个小时翻来覆去，最后放弃了去客厅看球赛😂"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前24小时每条评论必回，尤其是分享失眠经历的——这是建立信任的黄金窗口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回复话术模板：先共情（"我太懂了"）→ 再给一个小建议（"今晚试试这个"）→ 引导关注（"后面会专门讲这个"）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遇到"有没有用""是不是广告"的质疑，不要辩解，回复："理解你的顾虑，这条视频就是我自己的真实经历，后面的内容你看几条就知道了"</w:t>
            </w:r>
          </w:p>
        </w:tc>
      </w:tr>
    </w:tbl>
    <w:p/>
    <w:p>
      <w:r>
        <w:br w:type="page"/>
      </w:r>
    </w:p>
    <w:p>
      <w:pPr>
        <w:spacing w:before="320" w:after="120"/>
        <w:pBdr>
          <w:bottom w:val="single" w:sz="6" w:space="4" w:color="818cf8"/>
        </w:pBdr>
      </w:pPr>
      <w:r>
        <w:rPr>
          <w:rFonts w:ascii="微软雅黑" w:hAnsi="微软雅黑" w:eastAsia="微软雅黑"/>
          <w:b/>
          <w:color w:val="1A1A2E"/>
          <w:sz w:val="32"/>
        </w:rPr>
        <w:t>✅ 09 · 制作Checklist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0f4ff" w:val="clear"/>
            <w:tcBorders>
              <w:top w:val="single" w:sz="6" w:color="818cf8"/>
              <w:left w:val="single" w:sz="6" w:color="818cf8"/>
              <w:bottom w:val="single" w:sz="6" w:color="818cf8"/>
              <w:right w:val="single" w:sz="6" w:color="818cf8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818CF8"/>
                <w:sz w:val="20"/>
              </w:rPr>
              <w:t>✓ 📋 拍摄前准备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购买领夹麦克风（100-200元）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准备商务衬衫/POLO衫 + 休闲居家服各一套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布置卧室拍摄场景：暖色台灯、45度侧光、简洁背景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准备道具：白色药盒（替代安眠药）、医学书籍/论文打印件、笔记本、手机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收集B-roll素材：睡眠APP截图、微信聊天截图（打码）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0f4ff" w:val="clear"/>
            <w:tcBorders>
              <w:top w:val="single" w:sz="6" w:color="818cf8"/>
              <w:left w:val="single" w:sz="6" w:color="818cf8"/>
              <w:bottom w:val="single" w:sz="6" w:color="818cf8"/>
              <w:right w:val="single" w:sz="6" w:color="818cf8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818CF8"/>
                <w:sz w:val="20"/>
              </w:rPr>
              <w:t>✓ 🎬 拍摄清单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Scene 1：凌晨卧室手机时间特写（可AI素材替代）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Scene 2：白天会议室B-roll + 夜晚辗转反侧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Scene 3：床边沉思 + 推开药盒 + 打开电脑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Scene 4：翻书/论文、APP数据、笔记本、呼吸法练习（部分可AI素材替代）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Scene 5：与同事/朋友聊天侧面/背影 + 微信截图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Scene 6：正面口播（暖光灯，书架/卧室背景）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Scene 7：城市夜景 + 月亮（可AI素材替代）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全程旁白录音（安静房间，关闭噪音源）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0f4ff" w:val="clear"/>
            <w:tcBorders>
              <w:top w:val="single" w:sz="6" w:color="818cf8"/>
              <w:left w:val="single" w:sz="6" w:color="818cf8"/>
              <w:bottom w:val="single" w:sz="6" w:color="818cf8"/>
              <w:right w:val="single" w:sz="6" w:color="818cf8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818CF8"/>
                <w:sz w:val="20"/>
              </w:rPr>
              <w:t>✓ ✂️ 剪辑清单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导入所有素材，按7场景顺序排列时间线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铺设旁白音频，以声音为锚点对齐画面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导入配乐：Isolation Waltz（前半段）+ Lovely Piano Song（后半段）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50秒处做3秒交叉淡入过渡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配乐音量压至15%-25%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添加全程硬字幕，关键词高亮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Scene 3 留白处做2秒静默处理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开头1秒淡入，结尾2秒淡出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导出1080P，检查画质和音质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f0f4ff" w:val="clear"/>
            <w:tcBorders>
              <w:top w:val="single" w:sz="6" w:color="818cf8"/>
              <w:left w:val="single" w:sz="6" w:color="818cf8"/>
              <w:bottom w:val="single" w:sz="6" w:color="818cf8"/>
              <w:right w:val="single" w:sz="6" w:color="818cf8"/>
            </w:tcBorders>
          </w:tcPr>
          <w:p>
            <w:pPr>
              <w:spacing w:after="80"/>
            </w:pPr>
            <w:r>
              <w:rPr>
                <w:rFonts w:ascii="微软雅黑" w:hAnsi="微软雅黑" w:eastAsia="微软雅黑"/>
                <w:b/>
                <w:color w:val="818CF8"/>
                <w:sz w:val="20"/>
              </w:rPr>
              <w:t>✓ 🚀 发布清单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视频号发布（21:00-22:00）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抖音同步发布（标题略调整）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小红书发图文版（截图+文字）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发布后立即置顶互动评论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前24小时密集回复评论</w:t>
            </w:r>
          </w:p>
          <w:p>
            <w:pPr>
              <w:spacing w:after="40"/>
              <w:ind w:left="283"/>
            </w:pPr>
            <w:r>
              <w:rPr>
                <w:rFonts w:ascii="微软雅黑" w:hAnsi="微软雅黑" w:eastAsia="微软雅黑"/>
                <w:color w:val="64748B"/>
                <w:sz w:val="18"/>
              </w:rPr>
              <w:t xml:space="preserve">  ✓ □ 记录数据：播放量、完播率、互动率、涨粉数</w:t>
            </w:r>
          </w:p>
        </w:tc>
      </w:tr>
    </w:tbl>
    <w:p/>
    <w:p/>
    <w:p>
      <w:pPr>
        <w:spacing w:before="400"/>
        <w:jc w:val="center"/>
      </w:pPr>
      <w:r>
        <w:rPr>
          <w:rFonts w:ascii="微软雅黑" w:hAnsi="微软雅黑" w:eastAsia="微软雅黑"/>
          <w:color w:val="94A3B8"/>
          <w:sz w:val="17"/>
        </w:rPr>
        <w:t>好眠研究所 ·「来时路」品牌故事视频完整制作方案 v1.0</w:t>
        <w:br/>
        <w:t>真诚是最好的策略 · Let your story do the talking · 2026.07.29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微软雅黑" w:hAnsi="微软雅黑" w:eastAsia="微软雅黑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