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海南澄迈富力红树湾碧云轩</w:t>
        <w:br/>
        <w:t>民宿布草资源清单</w:t>
      </w:r>
    </w:p>
    <w:p>
      <w:pPr>
        <w:jc w:val="center"/>
      </w:pPr>
      <w:r>
        <w:rPr>
          <w:color w:val="808080"/>
          <w:sz w:val="20"/>
        </w:rPr>
        <w:t>公寓位置：海南澄迈富力红树湾碧云轩10栋（2房）</w:t>
        <w:br/>
        <w:t>调研日期：2026年7月8日</w:t>
      </w:r>
    </w:p>
    <w:p/>
    <w:p>
      <w:pPr>
        <w:pStyle w:val="Heading1"/>
      </w:pPr>
      <w:r>
        <w:t>一、调研概述</w:t>
      </w:r>
    </w:p>
    <w:p>
      <w:r>
        <w:t>本报告针对海南澄迈富力红树湾碧云轩10栋2房公寓拟做民宿的需求，通过携程、艺龙、同程、木鸟民宿、58同城、安居客、抖音、360地图、爱企查、企查查等平台，搜索了富力红树湾小区内及周边的民宿经营者、布草洗涤公司、家政保洁服务等资源。共找到9家民宿/公寓经营者、4家布草洗涤厂、6家家政保洁公司，以及1家周边国际品牌酒店可供参考。</w:t>
      </w:r>
    </w:p>
    <w:p>
      <w:pPr>
        <w:pStyle w:val="Heading1"/>
      </w:pPr>
      <w:r>
        <w:t>二、富力红树湾内民宿/公寓经营者清单</w:t>
      </w:r>
    </w:p>
    <w:p>
      <w:r>
        <w:t>以下为在富力红树湾小区内经营民宿/公寓的业主和经营者，可联系洽谈布草代管、共享布草洗涤渠道、或委托打扫卫生等合作。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>
        <w:tc>
          <w:tcPr>
            <w:tcW w:type="dxa" w:w="1984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134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平台</w:t>
            </w:r>
          </w:p>
        </w:tc>
        <w:tc>
          <w:tcPr>
            <w:tcW w:type="dxa" w:w="1701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电话</w:t>
            </w:r>
          </w:p>
        </w:tc>
        <w:tc>
          <w:tcPr>
            <w:tcW w:type="dxa" w:w="1984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地址</w:t>
            </w:r>
          </w:p>
        </w:tc>
        <w:tc>
          <w:tcPr>
            <w:tcW w:type="dxa" w:w="1134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客房数</w:t>
            </w:r>
          </w:p>
        </w:tc>
        <w:tc>
          <w:tcPr>
            <w:tcW w:type="dxa" w:w="850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评分</w:t>
            </w:r>
          </w:p>
        </w:tc>
        <w:tc>
          <w:tcPr>
            <w:tcW w:type="dxa" w:w="2835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备注</w:t>
            </w:r>
          </w:p>
        </w:tc>
        <w:tc>
          <w:tcPr>
            <w:tcW w:type="dxa" w:w="567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优先级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漫乐居民宿（澄迈富力红树湾店）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携程/同程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15501761631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海南澄迈富力红树湾幸福汇会所一楼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50间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4.7/5（49条点评）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color w:val="C00000"/>
                <w:sz w:val="18"/>
              </w:rPr>
              <w:t>⭐最优先联系。2024年新开，规模大，50间客房，有完整管家服务和布草管理体系。位于幸福汇会所一楼，与碧云轩同属富力红树湾小区。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高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澄迈潮舍度假公寓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携程/艺龙/千淘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18084668864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澄迈县大丰镇富力红树湾白鹭湾2栋1楼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多套（含1室1厅57㎡、双居70㎡等）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携程有评分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color w:val="C00000"/>
                <w:sz w:val="18"/>
              </w:rPr>
              <w:t>⭐专业酒店管理公司（海南潮舍酒店管理有限公司），以旅居+健康调养为核心，有泳池、高尔夫球场等配套设施，布草管理专业。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高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康富美来度假公寓（澄迈红树湾店）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携程/同程/艺龙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18036147873 / 13078997990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澄迈富力红树湾揽月湾7栋103室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多套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4.3/5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旅居连锁公寓品牌，提供康富管家服务，长短租结合的酒店公寓经营模式。距红树湾湿地公园100m。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高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澄迈红树湾伊家度假公寓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携程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0898-36368156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澄迈富力红树湾内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多套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位于富力红树湾内，客房整洁宽敞，性价比较高。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澄迈伊家管家小白公寓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携程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13869398956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澄迈富力红树湾内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个人房东，位于富力红树湾内，有管家服务。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海口伊思德度假公寓（富力红树湾）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携程/九星嗨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0898-66675218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澄迈西线高速三林出口富力红树湾05区6栋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豪华套房55㎡等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2钻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位于富力红树湾05区，有豪华套房。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澄迈红树湾度假酒店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九星嗨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0898-66675218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富力红树湾项目观鹭苑6号楼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豪华套房55㎡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3钻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位于富力红树湾观鹭苑，度假酒店性质。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Xbed互联网民宿（澄迈富力红树湾店）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360地图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—（需通过Xbed平台预订）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澄迈县大丰镇富力红树湾A02区郁林郡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5分（1条评论）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互联网民宿品牌，自助入住模式，位于A02区。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木鸟民宿房东"澄迈程姐"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木鸟民宿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—（需通过木鸟民宿平台联系，客服400-056-0055）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澄迈县，毗邻红树湾湿地公园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2室1厅52㎡，宜住4人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实名认证个人房东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个人房东，2室1厅房源，¥150/晚，一客一换，专业清扫。与你的2房公寓规模类似，可交流布草经验。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</w:tbl>
    <w:p/>
    <w:p>
      <w:pPr>
        <w:pStyle w:val="Heading1"/>
      </w:pPr>
      <w:r>
        <w:t>三、布草洗涤公司</w:t>
      </w:r>
    </w:p>
    <w:p>
      <w:r>
        <w:t>以下为澄迈老城镇周边的专业布草洗涤厂，可直接提供床单、被套、枕套等布草的洗涤、配送服务。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984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701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电话</w:t>
            </w:r>
          </w:p>
        </w:tc>
        <w:tc>
          <w:tcPr>
            <w:tcW w:type="dxa" w:w="1984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地址</w:t>
            </w:r>
          </w:p>
        </w:tc>
        <w:tc>
          <w:tcPr>
            <w:tcW w:type="dxa" w:w="1134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联系人</w:t>
            </w:r>
          </w:p>
        </w:tc>
        <w:tc>
          <w:tcPr>
            <w:tcW w:type="dxa" w:w="850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成立时间</w:t>
            </w:r>
          </w:p>
        </w:tc>
        <w:tc>
          <w:tcPr>
            <w:tcW w:type="dxa" w:w="2835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备注</w:t>
            </w:r>
          </w:p>
        </w:tc>
        <w:tc>
          <w:tcPr>
            <w:tcW w:type="dxa" w:w="567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优先级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澄迈老城美泰洁洗涤厂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18889711211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澄迈县老城镇美儒村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陈业富（厂长）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2012年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color w:val="C00000"/>
                <w:sz w:val="18"/>
              </w:rPr>
              <w:t>⭐最优先联系。老城镇首家专业洗涤厂，成立12年，经验丰富。负责人陈业富为独臂创业青年（曾上今日头条），帮助10名残疾人就业，信誉良好。距富力红树湾约15-20分钟车程。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高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澄迈老城泰洁洗涤店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—（需到店或114查询）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澄迈县老城镇澄江北路33号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陈业强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干洗、水洗服务。联系人陈业强，可能与美泰洁洗涤厂为关联企业（同名同姓）。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海南博康洗涤服务有限公司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—（需通过爱企查/工商查询获取）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海南省澄迈县老城镇高新技术产业示范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公司制洗涤服务企业，位于老城镇高新技术产业示范区。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澄迈县老城洁白洗染服务店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—（需到店咨询）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海南省澄迈县老城镇澄江北路8-1号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2023年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新成立洗染服务店，经营鞋和皮革修理、洗染服务、专业保洁清洗消毒。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低</w:t>
            </w:r>
          </w:p>
        </w:tc>
      </w:tr>
    </w:tbl>
    <w:p/>
    <w:p>
      <w:pPr>
        <w:pStyle w:val="Heading1"/>
      </w:pPr>
      <w:r>
        <w:t>四、家政保洁公司</w:t>
      </w:r>
    </w:p>
    <w:p>
      <w:r>
        <w:t>以下为澄迈老城镇周边的家政保洁公司，可提供民宿卫生打扫、保洁服务。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984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701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电话</w:t>
            </w:r>
          </w:p>
        </w:tc>
        <w:tc>
          <w:tcPr>
            <w:tcW w:type="dxa" w:w="2268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地址</w:t>
            </w:r>
          </w:p>
        </w:tc>
        <w:tc>
          <w:tcPr>
            <w:tcW w:type="dxa" w:w="850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成立时间</w:t>
            </w:r>
          </w:p>
        </w:tc>
        <w:tc>
          <w:tcPr>
            <w:tcW w:type="dxa" w:w="2835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备注</w:t>
            </w:r>
          </w:p>
        </w:tc>
        <w:tc>
          <w:tcPr>
            <w:tcW w:type="dxa" w:w="567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优先级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海南省澄迈县温馨家政服务有限公司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—（BOSS直聘有招聘信息可查）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海南省澄迈县老城镇盈滨半岛桃花涧第b-12栋06房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2020年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成立5年，经营家政服务、专业保洁清洗消毒。距富力红树湾较近（盈滨半岛方向）。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澄迈老城洁中洁家政服务部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—（需通过爱企查查询）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海南省澄迈县永庆大道海蓝福源东2区东区6栋1单元1502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2023年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经营建筑物清洁服务、专业保洁清洗消毒、家政服务、养老服务、母婴护理等，服务范围广。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澄迈县老城正满意保洁服务中心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—（需到店咨询）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海南省澄迈县老城镇老城经济开发区福隆丽水湾一期101号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2023年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专业保洁清洗消毒、家政服务。位于老城经济开发区。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中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澄迈贴心家政服务有限公司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—（百度百科可查）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澄迈县（具体地址需查询）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2025年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新成立公司，经营专业保洁清洗消毒、家政服务、洗染服务、洗烫服务。含洗染洗烫，可提供布草相关服务。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低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海南春有福家政服务有限公司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—（需通过工商查询）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海南省澄迈县老城镇南二环路安置小区第二排16栋二楼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位于老城镇，家政服务公司。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低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牛通达澄迈县保洁公司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—（通过官网chengmai.tcfwzj.com联系）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澄迈县</w:t>
            </w:r>
          </w:p>
        </w:tc>
        <w:tc>
          <w:tcPr>
            <w:tcW w:type="dxa" w:w="850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—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多年保洁经验的保洁服务公司。</w:t>
            </w:r>
          </w:p>
        </w:tc>
        <w:tc>
          <w:tcPr>
            <w:tcW w:type="dxa" w:w="567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低</w:t>
            </w:r>
          </w:p>
        </w:tc>
      </w:tr>
    </w:tbl>
    <w:p/>
    <w:p>
      <w:pPr>
        <w:pStyle w:val="Heading1"/>
      </w:pPr>
      <w:r>
        <w:t>五、周边酒店（可咨询布草渠道）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268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701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电话</w:t>
            </w:r>
          </w:p>
        </w:tc>
        <w:tc>
          <w:tcPr>
            <w:tcW w:type="dxa" w:w="2268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地址</w:t>
            </w:r>
          </w:p>
        </w:tc>
        <w:tc>
          <w:tcPr>
            <w:tcW w:type="dxa" w:w="2835"/>
            <w:shd w:fill="4472C4" w:val="clear"/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color w:val="FFFFFF"/>
                <w:sz w:val="18"/>
              </w:rPr>
              <w:t>备注</w:t>
            </w:r>
          </w:p>
        </w:tc>
      </w:tr>
      <w:tr>
        <w:tc>
          <w:tcPr>
            <w:tcW w:type="dxa" w:w="2268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海南澄迈富力希尔顿逸林度假酒店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0898-36508888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澄迈县福山镇红树湾C01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 w:val="0"/>
                <w:sz w:val="18"/>
              </w:rPr>
              <w:t>国际品牌酒店，就在富力红树湾内，有完善的布草洗涤供应链。可咨询其布草洗涤供应商或合作渠道。</w:t>
            </w:r>
          </w:p>
        </w:tc>
      </w:tr>
    </w:tbl>
    <w:p/>
    <w:p>
      <w:pPr>
        <w:pStyle w:val="Heading1"/>
      </w:pPr>
      <w:r>
        <w:t>六、联系建议与行动方案</w:t>
      </w:r>
    </w:p>
    <w:p>
      <w:pPr>
        <w:spacing w:after="120"/>
      </w:pPr>
      <w:r>
        <w:t>1. 【最优先】联系漫乐居民宿（15501761631）——2024年新开，50间客房，位于富力红树湾幸福汇会所一楼，与你的碧云轩10栋同小区，距离最近，最有可能提供布草代管或共享服务。</w:t>
      </w:r>
    </w:p>
    <w:p>
      <w:pPr>
        <w:spacing w:after="120"/>
      </w:pPr>
      <w:r>
        <w:t>2. 【高优先】联系潮舍度假公寓（18084668864）——专业酒店管理公司，有多套房源在富力红树湾白鹭湾，布草管理体系完善，可洽谈布草代洗或共享布草服务。</w:t>
      </w:r>
    </w:p>
    <w:p>
      <w:pPr>
        <w:spacing w:after="120"/>
      </w:pPr>
      <w:r>
        <w:t>3. 【高优先】联系康富美来度假公寓（18036147873 / 13078997990）——旅居连锁公寓品牌，有管家服务团队，位于揽月湾7栋，可咨询布草代管合作。</w:t>
      </w:r>
    </w:p>
    <w:p>
      <w:pPr>
        <w:spacing w:after="120"/>
      </w:pPr>
      <w:r>
        <w:t>4. 【布草洗涤】直接联系美泰洁洗涤厂（18889711211，陈业富）——老城镇首家专业洗涤厂，成立12年，可提供布草洗涤配送一条龙服务，距富力红树湾约15-20分钟车程。</w:t>
      </w:r>
    </w:p>
    <w:p>
      <w:pPr>
        <w:spacing w:after="120"/>
      </w:pPr>
      <w:r>
        <w:t>5. 【家政保洁】联系温馨家政服务有限公司——成立5年，位于老城镇盈滨半岛，可提供民宿打扫保洁服务。</w:t>
      </w:r>
    </w:p>
    <w:p>
      <w:pPr>
        <w:spacing w:after="120"/>
      </w:pPr>
      <w:r>
        <w:t>6. 【酒店渠道】咨询富力希尔顿逸林度假酒店（0898-36508888）——国际品牌酒店就在小区内，可了解其布草洗涤供应商，直接对接源头。</w:t>
      </w:r>
    </w:p>
    <w:p>
      <w:pPr>
        <w:spacing w:after="120"/>
      </w:pPr>
      <w:r>
        <w:t>7. 【小区物业】到富力红树湾物业服务中心询问——物业最清楚小区内哪些业主在经营民宿，可直接获取联系方式。</w:t>
      </w:r>
    </w:p>
    <w:p>
      <w:pPr>
        <w:spacing w:after="120"/>
      </w:pPr>
      <w:r>
        <w:t>8. 【业主群】加入富力红树湾业主微信群——在群里发布布草合作意向，效率最高。</w:t>
      </w:r>
    </w:p>
    <w:p>
      <w:pPr>
        <w:spacing w:after="120"/>
      </w:pPr>
      <w:r>
        <w:t>9. 【平台搜索】在美团民宿/途家民宿App内搜索"富力红树湾"——App内可能有更多个人房东信息，网页版受限较多。</w:t>
      </w:r>
    </w:p>
    <w:p>
      <w:pPr>
        <w:spacing w:after="120"/>
      </w:pPr>
      <w:r>
        <w:t>10. 【小红书/抖音】搜索"富力红树湾 民宿"——不少房东在小红书和抖音上直租，可直接私信联系。</w:t>
      </w:r>
    </w:p>
    <w:p/>
    <w:p>
      <w:pPr>
        <w:jc w:val="center"/>
      </w:pPr>
      <w:r>
        <w:t>— 报告完 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