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微软雅黑" w:hAnsi="微软雅黑" w:eastAsia="微软雅黑"/>
          <w:color w:val="1F4E79"/>
          <w:sz w:val="40"/>
        </w:rPr>
        <w:t>闲置房换住平台与社群指南</w:t>
      </w:r>
    </w:p>
    <w:p>
      <w:r>
        <w:rPr>
          <w:rFonts w:ascii="微软雅黑" w:hAnsi="微软雅黑" w:eastAsia="微软雅黑"/>
          <w:b w:val="0"/>
          <w:i/>
          <w:color w:val="808080"/>
          <w:sz w:val="21"/>
        </w:rPr>
        <w:t>调研日期：2026年7月27日    适用房产：贵阳花溪区碧桂园花溪首府1栋</w:t>
      </w:r>
    </w:p>
    <w:p/>
    <w:p>
      <w:pPr>
        <w:pStyle w:val="Heading1"/>
      </w:pPr>
      <w:r>
        <w:rPr>
          <w:rFonts w:ascii="微软雅黑" w:hAnsi="微软雅黑" w:eastAsia="微软雅黑"/>
          <w:color w:val="1F4E79"/>
          <w:sz w:val="30"/>
        </w:rPr>
        <w:t>一、国内主要换住平台对比</w:t>
      </w:r>
    </w:p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1. 龟途客（推荐优先关注）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详情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官网/APP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guituke.com / 龟途客APP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总部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贵州省贵阳市乌当区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模式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闲置房托管→评估→发放等值换住券→全国房源随心住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覆盖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全国200+合作景区民宿，12省超500家基地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特色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不限时间/地域/房型；贵州避暑季（6-8月）日均收益可达800元+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社群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APP内有"专属活动社群"；有本地生活指南、文化体验课程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客服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400-0155-777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⚠️ 风险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公司存在司法案件信息；旺季保底房源数量未公开，旺季能否兑现存疑</w:t>
            </w:r>
          </w:p>
        </w:tc>
      </w:tr>
    </w:tbl>
    <w:p/>
    <w:p>
      <w:r>
        <w:rPr>
          <w:rFonts w:ascii="微软雅黑" w:hAnsi="微软雅黑" w:eastAsia="微软雅黑"/>
          <w:b/>
          <w:i w:val="0"/>
          <w:color w:val="C00000"/>
          <w:sz w:val="21"/>
        </w:rPr>
        <w:t>地域匹配度高：龟途客总部在贵阳，且贵州正大力发展康养旅居产业（2026年7月贵州举办康养旅居博览会），花溪区房产有天然避暑优势。</w:t>
      </w:r>
    </w:p>
    <w:p/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2. 房屋换住 SeekRoom（推荐）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详情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官网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seekroom.com.cn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入口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网页注册 + 微信小程序（扫码）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模式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双向交换完全免费；单向入住用积分支付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覆盖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北京、上海、杭州、成都、厦门、大理等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特色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实名认证体系 + 双方互评系统；支持短期度假到长期旅居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活动搜索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钓鱼/露营/爬山/看海/赶海/烧烤/漂流/滑雪/田园等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3. 行馆旅居平台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详情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背景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重庆市文化和旅游协会康养旅居分会旗下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模式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"全民共享+换住生态"，盘活度假房闲置资产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推出时间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2025年4月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特色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官方行业协会背景，有一定公信力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4. 乡导旅居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详情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APP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乡导旅居租房（安卓/iOS）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公司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深圳市乡导科技有限公司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定位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面向中老年群体的旅居租房服务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房源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民宿、客栈、公寓、别墅、商品房、度假基地、养老基地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特色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无中介费、真实房源、支持拼团预订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5. 环住旅居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详情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模式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城市运营中心模式，快速扩张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进展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2026年5月启动12城巡展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⚠️ 风险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全国网格尚未成熟，履约稳定性不足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6. 到家旅居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详情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模式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积分体系，换住需抢订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⚠️ 风险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本质上是预约制，非保证入住；热门目的地旺季可能抢不到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1F4E79"/>
          <w:sz w:val="30"/>
        </w:rPr>
        <w:t>二、微信群/社群寻找方式</w:t>
      </w:r>
    </w:p>
    <w:p>
      <w:r>
        <w:rPr>
          <w:rFonts w:ascii="微软雅黑" w:hAnsi="微软雅黑" w:eastAsia="微软雅黑"/>
          <w:b w:val="0"/>
          <w:i w:val="0"/>
          <w:sz w:val="21"/>
        </w:rPr>
        <w:t>换住微信群不像租房群那样成熟，目前主要通过以下途径寻找：</w:t>
      </w:r>
    </w:p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方式1：平台官方社群（最靠谱）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龟途客APP → 内置"专属活动社群"，注册后可直接加入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房屋换住小程序 → 微信扫码进入后可联系客服拉群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行馆旅居 → 通过平台官方客服咨询微信群</w:t>
      </w:r>
    </w:p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方式2：抖音/快手等短视频平台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抖音搜索"换房旅居群""换住群"，有博主发布入群信息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已发现：换房旅居群，联系电话 18922875767（广东惠州大亚湾房源为主）</w:t>
      </w:r>
    </w:p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方式3：微信搜一搜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在微信内搜索"换住""换房旅居""旅居换住"等关键词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找到相关公众号后，后台留言咨询入群</w:t>
      </w:r>
    </w:p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方式4：通用微信群搜索平台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wxq.today：英文界面，可搜中文关键词"换房""旅居"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人脉树（renmaishu.com）：每日更新微信群二维码，可按行业筛选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微信群组大全（weixinqunzu.com）：按城市/行业分类</w:t>
      </w:r>
    </w:p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方式5：百度贴吧/知乎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贴吧搜索"换房微信群""换住群"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知乎搜索"换房旅游网站"，有相关讨论和群信息</w:t>
      </w:r>
    </w:p>
    <w:p>
      <w:pPr>
        <w:pStyle w:val="Heading2"/>
      </w:pPr>
      <w:r>
        <w:rPr>
          <w:rFonts w:ascii="微软雅黑" w:hAnsi="微软雅黑" w:eastAsia="微软雅黑"/>
          <w:color w:val="2E74B5"/>
          <w:sz w:val="24"/>
        </w:rPr>
        <w:t>方式6：本地康养旅居协会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贵州省正在大力推进康养旅居产业，关注本地协会活动</w:t>
      </w:r>
    </w:p>
    <w:p>
      <w:r>
        <w:rPr>
          <w:rFonts w:ascii="微软雅黑" w:hAnsi="微软雅黑" w:eastAsia="微软雅黑"/>
          <w:b w:val="0"/>
          <w:i w:val="0"/>
          <w:sz w:val="21"/>
        </w:rPr>
        <w:t>• 2026年7月贵州举办了康养旅居博览会，可能有相关社群资源</w:t>
      </w:r>
    </w:p>
    <w:p/>
    <w:p>
      <w:pPr>
        <w:pStyle w:val="Heading1"/>
      </w:pPr>
      <w:r>
        <w:rPr>
          <w:rFonts w:ascii="微软雅黑" w:hAnsi="微软雅黑" w:eastAsia="微软雅黑"/>
          <w:color w:val="1F4E79"/>
          <w:sz w:val="30"/>
        </w:rPr>
        <w:t>三、换住风险提示</w:t>
      </w:r>
    </w:p>
    <w:p>
      <w:r>
        <w:rPr>
          <w:rFonts w:ascii="微软雅黑" w:hAnsi="微软雅黑" w:eastAsia="微软雅黑"/>
          <w:b w:val="0"/>
          <w:i w:val="0"/>
          <w:sz w:val="21"/>
        </w:rPr>
        <w:t>根据2026年6月"什么值得买"的专业评测文章，换住行业存在以下风险：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风险类型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旺季兑现风险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多数平台未公布热门目的地保底房源数量，旺季能否兑现存疑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纠纷处理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房屋损坏、卫生标准等纠纷处理机制尚不完善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信息安全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部分平台（如换房APP huanfangapp.com）存在SSL证书安全问题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法律风险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龟途客公司存在司法案件信息，建议了解清楚再签约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行业成熟度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20"/>
              </w:rPr>
              <w:t>换住行业2025年才大规模爆发，监管和标准化尚不完善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1F4E79"/>
          <w:sz w:val="30"/>
        </w:rPr>
        <w:t>四、操作建议</w:t>
      </w:r>
    </w:p>
    <w:p>
      <w:r>
        <w:rPr>
          <w:rFonts w:ascii="微软雅黑" w:hAnsi="微软雅黑" w:eastAsia="微软雅黑"/>
          <w:sz w:val="21"/>
        </w:rPr>
        <w:t>1. 优先注册龟途客APP（贵阳本地企业，花溪房产避暑属性强，匹配度高）</w:t>
      </w:r>
    </w:p>
    <w:p>
      <w:r>
        <w:rPr>
          <w:rFonts w:ascii="微软雅黑" w:hAnsi="微软雅黑" w:eastAsia="微软雅黑"/>
          <w:sz w:val="21"/>
        </w:rPr>
        <w:t>2. 同时注册房屋换住小程序（双向交换完全免费，成本低）</w:t>
      </w:r>
    </w:p>
    <w:p>
      <w:r>
        <w:rPr>
          <w:rFonts w:ascii="微软雅黑" w:hAnsi="微软雅黑" w:eastAsia="微软雅黑"/>
          <w:sz w:val="21"/>
        </w:rPr>
        <w:t>3. 加入龟途客社群后，观察群内活跃度和房源质量</w:t>
      </w:r>
    </w:p>
    <w:p>
      <w:r>
        <w:rPr>
          <w:rFonts w:ascii="微软雅黑" w:hAnsi="微软雅黑" w:eastAsia="微软雅黑"/>
          <w:sz w:val="21"/>
        </w:rPr>
        <w:t>4. 在抖音搜索"换房旅居群"，找到活跃的民间换住群</w:t>
      </w:r>
    </w:p>
    <w:p>
      <w:r>
        <w:rPr>
          <w:rFonts w:ascii="微软雅黑" w:hAnsi="微软雅黑" w:eastAsia="微软雅黑"/>
          <w:sz w:val="21"/>
        </w:rPr>
        <w:t>5. 花溪房产卖点：贵阳夏季均温24°C，避暑胜地；花溪区有十里河滩、青岩古镇等景点，对旅居人群有吸引力</w:t>
      </w:r>
    </w:p>
    <w:p>
      <w:r>
        <w:rPr>
          <w:rFonts w:ascii="微软雅黑" w:hAnsi="微软雅黑" w:eastAsia="微软雅黑"/>
          <w:sz w:val="21"/>
        </w:rPr>
        <w:t>6. 签约前务必：确认房屋保险、损坏赔偿条款、纠纷处理机制</w:t>
      </w:r>
    </w:p>
    <w:p>
      <w:r>
        <w:rPr>
          <w:rFonts w:ascii="微软雅黑" w:hAnsi="微软雅黑" w:eastAsia="微软雅黑"/>
          <w:sz w:val="21"/>
        </w:rPr>
        <w:t>7. 建议先试短住（1-2周），满意后再考虑长住交换</w:t>
      </w:r>
    </w:p>
    <w:p/>
    <w:p>
      <w:pPr>
        <w:pStyle w:val="Heading1"/>
      </w:pPr>
      <w:r>
        <w:rPr>
          <w:rFonts w:ascii="微软雅黑" w:hAnsi="微软雅黑" w:eastAsia="微软雅黑"/>
          <w:color w:val="1F4E79"/>
          <w:sz w:val="30"/>
        </w:rPr>
        <w:t>五、各平台联系方式汇总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平台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联系方式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20"/>
              </w:rPr>
              <w:t>官网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龟途客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400-0155-777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guituke.com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房屋换住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微信小程序在线客服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seekroom.com.cn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行馆旅居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重庆市文旅协会康养旅居分会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-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乡导旅居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APP内客服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xiangdao.info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民间换房群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18922875767（抖音来源）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20"/>
              </w:rPr>
              <w:t>-</w:t>
            </w:r>
          </w:p>
        </w:tc>
      </w:tr>
    </w:tbl>
    <w:p/>
    <w:p>
      <w:r>
        <w:rPr>
          <w:rFonts w:ascii="微软雅黑" w:hAnsi="微软雅黑" w:eastAsia="微软雅黑"/>
          <w:b w:val="0"/>
          <w:i/>
          <w:color w:val="808080"/>
          <w:sz w:val="18"/>
        </w:rPr>
        <w:t>本报告基于2026年7月公开信息整理，平台政策和覆盖范围可能随时变动，请以各平台最新信息为准。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